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A9416" w14:textId="77777777" w:rsidR="005707AF" w:rsidRPr="00522791" w:rsidRDefault="00DB730B">
      <w:pPr>
        <w:spacing w:before="20" w:after="40" w:line="240" w:lineRule="auto"/>
        <w:rPr>
          <w:sz w:val="14"/>
          <w:szCs w:val="16"/>
          <w:lang w:val="nn-NO"/>
        </w:rPr>
      </w:pPr>
      <w:r w:rsidRPr="00522791">
        <w:rPr>
          <w:b/>
          <w:sz w:val="28"/>
          <w:szCs w:val="16"/>
          <w:lang w:val="nn-NO"/>
        </w:rPr>
        <w:t>EIGENMELDING VED SJUKDOM OG OMSORGSDAGAR</w:t>
      </w:r>
    </w:p>
    <w:p w14:paraId="680007E0" w14:textId="2D78AC57" w:rsidR="005707AF" w:rsidRPr="00E25C1E" w:rsidRDefault="00DB730B">
      <w:pPr>
        <w:spacing w:after="140" w:line="252" w:lineRule="auto"/>
        <w:rPr>
          <w:lang w:val="nn-NO"/>
        </w:rPr>
      </w:pPr>
      <w:r w:rsidRPr="00E25C1E">
        <w:rPr>
          <w:color w:val="4F5B66"/>
          <w:sz w:val="18"/>
          <w:lang w:val="nn-NO"/>
        </w:rPr>
        <w:t>Skjemaet skal fyllast ut av arbeidstakar etter fråværet og leverast næraste leiar i tråd med gjeldande rutinar i fellesrå</w:t>
      </w:r>
      <w:r w:rsidR="00E25C1E">
        <w:rPr>
          <w:color w:val="4F5B66"/>
          <w:sz w:val="18"/>
          <w:lang w:val="nn-NO"/>
        </w:rPr>
        <w:t>det.</w:t>
      </w:r>
    </w:p>
    <w:tbl>
      <w:tblPr>
        <w:tblW w:w="0" w:type="auto"/>
        <w:jc w:val="center"/>
        <w:tblLook w:val="04A0" w:firstRow="1" w:lastRow="0" w:firstColumn="1" w:lastColumn="0" w:noHBand="0" w:noVBand="1"/>
      </w:tblPr>
      <w:tblGrid>
        <w:gridCol w:w="10206"/>
      </w:tblGrid>
      <w:tr w:rsidR="005707AF" w:rsidRPr="005C5271" w14:paraId="489C4445" w14:textId="77777777">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244A64"/>
            <w:tcMar>
              <w:top w:w="80" w:type="dxa"/>
              <w:left w:w="120" w:type="dxa"/>
              <w:bottom w:w="80" w:type="dxa"/>
              <w:right w:w="120" w:type="dxa"/>
            </w:tcMar>
          </w:tcPr>
          <w:p w14:paraId="643B0E30" w14:textId="77777777" w:rsidR="005707AF" w:rsidRPr="005C5271" w:rsidRDefault="00DB730B">
            <w:pPr>
              <w:spacing w:after="0" w:line="240" w:lineRule="auto"/>
              <w:rPr>
                <w:sz w:val="20"/>
                <w:szCs w:val="20"/>
              </w:rPr>
            </w:pPr>
            <w:r w:rsidRPr="005C5271">
              <w:rPr>
                <w:b/>
                <w:color w:val="FFFFFF"/>
                <w:sz w:val="20"/>
                <w:szCs w:val="20"/>
              </w:rPr>
              <w:t>1. ARBEIDSTAKAR</w:t>
            </w:r>
          </w:p>
        </w:tc>
      </w:tr>
    </w:tbl>
    <w:tbl>
      <w:tblPr>
        <w:tblW w:w="0" w:type="auto"/>
        <w:jc w:val="center"/>
        <w:tblLayout w:type="fixed"/>
        <w:tblLook w:val="04A0" w:firstRow="1" w:lastRow="0" w:firstColumn="1" w:lastColumn="0" w:noHBand="0" w:noVBand="1"/>
      </w:tblPr>
      <w:tblGrid>
        <w:gridCol w:w="5896"/>
        <w:gridCol w:w="4309"/>
      </w:tblGrid>
      <w:tr w:rsidR="005707AF" w:rsidRPr="002A32F6" w14:paraId="44F7EC0F" w14:textId="77777777">
        <w:trPr>
          <w:jc w:val="center"/>
        </w:trPr>
        <w:tc>
          <w:tcPr>
            <w:tcW w:w="5896" w:type="dxa"/>
            <w:tcBorders>
              <w:top w:val="single" w:sz="7" w:space="0" w:color="B8C0C7"/>
              <w:left w:val="single" w:sz="7" w:space="0" w:color="B8C0C7"/>
              <w:bottom w:val="single" w:sz="7" w:space="0" w:color="B8C0C7"/>
              <w:right w:val="single" w:sz="7" w:space="0" w:color="B8C0C7"/>
            </w:tcBorders>
            <w:tcMar>
              <w:top w:w="75" w:type="dxa"/>
              <w:left w:w="100" w:type="dxa"/>
              <w:bottom w:w="105" w:type="dxa"/>
              <w:right w:w="100" w:type="dxa"/>
            </w:tcMar>
            <w:vAlign w:val="center"/>
          </w:tcPr>
          <w:p w14:paraId="7E68438E" w14:textId="488DC02C" w:rsidR="005707AF" w:rsidRPr="005C5271" w:rsidRDefault="00DB730B">
            <w:pPr>
              <w:spacing w:after="0" w:line="240" w:lineRule="auto"/>
              <w:rPr>
                <w:sz w:val="20"/>
                <w:szCs w:val="20"/>
                <w:lang w:val="nn-NO"/>
              </w:rPr>
            </w:pPr>
            <w:r w:rsidRPr="005C5271">
              <w:rPr>
                <w:b/>
                <w:color w:val="5B6570"/>
                <w:sz w:val="20"/>
                <w:szCs w:val="20"/>
                <w:lang w:val="nn-NO"/>
              </w:rPr>
              <w:t>Namn</w:t>
            </w:r>
            <w:r w:rsidRPr="005C5271">
              <w:rPr>
                <w:sz w:val="20"/>
                <w:szCs w:val="20"/>
                <w:lang w:val="nn-NO"/>
              </w:rPr>
              <w:br/>
            </w:r>
            <w:sdt>
              <w:sdtPr>
                <w:rPr>
                  <w:sz w:val="20"/>
                  <w:szCs w:val="20"/>
                </w:rPr>
                <w:alias w:val="Namn"/>
                <w:tag w:val="Namn"/>
                <w:id w:val="2107760412"/>
                <w:lock w:val="sdtLocked"/>
                <w:placeholder>
                  <w:docPart w:val="CCC1DD7D38C94BBBAD0262344DEB40C8"/>
                </w:placeholder>
                <w:showingPlcHdr/>
                <w:text/>
              </w:sdtPr>
              <w:sdtEndPr/>
              <w:sdtContent>
                <w:r w:rsidR="00F34F45">
                  <w:rPr>
                    <w:color w:val="666666"/>
                    <w:sz w:val="20"/>
                    <w:szCs w:val="20"/>
                    <w:lang w:val="nn-NO"/>
                  </w:rPr>
                  <w:t>Klikk</w:t>
                </w:r>
                <w:r w:rsidR="00F12D60" w:rsidRPr="005C5271">
                  <w:rPr>
                    <w:color w:val="666666"/>
                    <w:sz w:val="20"/>
                    <w:szCs w:val="20"/>
                    <w:lang w:val="nn-NO"/>
                  </w:rPr>
                  <w:t xml:space="preserve"> her for å skrive inn namn.</w:t>
                </w:r>
              </w:sdtContent>
            </w:sdt>
          </w:p>
        </w:tc>
        <w:tc>
          <w:tcPr>
            <w:tcW w:w="4309" w:type="dxa"/>
            <w:tcBorders>
              <w:top w:val="single" w:sz="7" w:space="0" w:color="B8C0C7"/>
              <w:left w:val="single" w:sz="7" w:space="0" w:color="B8C0C7"/>
              <w:bottom w:val="single" w:sz="7" w:space="0" w:color="B8C0C7"/>
              <w:right w:val="single" w:sz="7" w:space="0" w:color="B8C0C7"/>
            </w:tcBorders>
            <w:tcMar>
              <w:top w:w="75" w:type="dxa"/>
              <w:left w:w="100" w:type="dxa"/>
              <w:bottom w:w="105" w:type="dxa"/>
              <w:right w:w="100" w:type="dxa"/>
            </w:tcMar>
            <w:vAlign w:val="center"/>
          </w:tcPr>
          <w:p w14:paraId="00F4A8AF" w14:textId="082B9ABE" w:rsidR="005707AF" w:rsidRPr="005C5271" w:rsidRDefault="00DB730B">
            <w:pPr>
              <w:spacing w:after="0" w:line="240" w:lineRule="auto"/>
              <w:rPr>
                <w:sz w:val="20"/>
                <w:szCs w:val="20"/>
                <w:lang w:val="nb-NO"/>
              </w:rPr>
            </w:pPr>
            <w:r w:rsidRPr="005C5271">
              <w:rPr>
                <w:b/>
                <w:color w:val="5B6570"/>
                <w:sz w:val="20"/>
                <w:szCs w:val="20"/>
                <w:lang w:val="nb-NO"/>
              </w:rPr>
              <w:t>Fødselsdato</w:t>
            </w:r>
            <w:r w:rsidRPr="005C5271">
              <w:rPr>
                <w:sz w:val="20"/>
                <w:szCs w:val="20"/>
                <w:lang w:val="nb-NO"/>
              </w:rPr>
              <w:br/>
            </w:r>
            <w:sdt>
              <w:sdtPr>
                <w:rPr>
                  <w:sz w:val="20"/>
                  <w:szCs w:val="20"/>
                  <w:lang w:val="nb-NO"/>
                </w:rPr>
                <w:alias w:val="Fødselsdato"/>
                <w:tag w:val="Fødselsdato"/>
                <w:id w:val="1849516797"/>
                <w:lock w:val="sdtLocked"/>
                <w:placeholder>
                  <w:docPart w:val="F03699C2B7324D678FFC92C28AFCB4FB"/>
                </w:placeholder>
                <w:showingPlcHdr/>
                <w:text/>
              </w:sdtPr>
              <w:sdtEndPr/>
              <w:sdtContent>
                <w:r w:rsidR="00F34F45" w:rsidRPr="00F34F45">
                  <w:rPr>
                    <w:color w:val="666666"/>
                    <w:sz w:val="20"/>
                    <w:szCs w:val="20"/>
                    <w:lang w:val="nb-NO"/>
                  </w:rPr>
                  <w:t>Klikk</w:t>
                </w:r>
                <w:r w:rsidR="00F12D60" w:rsidRPr="00F34F45">
                  <w:rPr>
                    <w:color w:val="666666"/>
                    <w:sz w:val="20"/>
                    <w:szCs w:val="20"/>
                    <w:lang w:val="nb-NO"/>
                  </w:rPr>
                  <w:t xml:space="preserve"> her og skriv fødselsdato.</w:t>
                </w:r>
              </w:sdtContent>
            </w:sdt>
          </w:p>
        </w:tc>
      </w:tr>
    </w:tbl>
    <w:p w14:paraId="5F31AE1E" w14:textId="77777777" w:rsidR="005707AF" w:rsidRPr="005C5271" w:rsidRDefault="005707AF">
      <w:pPr>
        <w:spacing w:after="20"/>
        <w:rPr>
          <w:sz w:val="20"/>
          <w:szCs w:val="20"/>
          <w:lang w:val="nb-NO"/>
        </w:rPr>
      </w:pPr>
    </w:p>
    <w:tbl>
      <w:tblPr>
        <w:tblW w:w="0" w:type="auto"/>
        <w:jc w:val="center"/>
        <w:tblLook w:val="04A0" w:firstRow="1" w:lastRow="0" w:firstColumn="1" w:lastColumn="0" w:noHBand="0" w:noVBand="1"/>
      </w:tblPr>
      <w:tblGrid>
        <w:gridCol w:w="10206"/>
      </w:tblGrid>
      <w:tr w:rsidR="005707AF" w:rsidRPr="005C5271" w14:paraId="442E159B" w14:textId="77777777">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244A64"/>
            <w:tcMar>
              <w:top w:w="80" w:type="dxa"/>
              <w:left w:w="120" w:type="dxa"/>
              <w:bottom w:w="80" w:type="dxa"/>
              <w:right w:w="120" w:type="dxa"/>
            </w:tcMar>
          </w:tcPr>
          <w:p w14:paraId="0FF1A405" w14:textId="77777777" w:rsidR="005707AF" w:rsidRPr="005C5271" w:rsidRDefault="00DB730B">
            <w:pPr>
              <w:spacing w:after="0" w:line="240" w:lineRule="auto"/>
              <w:rPr>
                <w:sz w:val="20"/>
                <w:szCs w:val="20"/>
              </w:rPr>
            </w:pPr>
            <w:r w:rsidRPr="005C5271">
              <w:rPr>
                <w:b/>
                <w:color w:val="FFFFFF"/>
                <w:sz w:val="20"/>
                <w:szCs w:val="20"/>
              </w:rPr>
              <w:t>2. FRÅVÆRET</w:t>
            </w:r>
          </w:p>
        </w:tc>
      </w:tr>
    </w:tbl>
    <w:tbl>
      <w:tblPr>
        <w:tblW w:w="0" w:type="auto"/>
        <w:jc w:val="center"/>
        <w:tblLayout w:type="fixed"/>
        <w:tblLook w:val="04A0" w:firstRow="1" w:lastRow="0" w:firstColumn="1" w:lastColumn="0" w:noHBand="0" w:noVBand="1"/>
      </w:tblPr>
      <w:tblGrid>
        <w:gridCol w:w="5102"/>
        <w:gridCol w:w="5102"/>
      </w:tblGrid>
      <w:tr w:rsidR="005707AF" w:rsidRPr="005C5271" w14:paraId="1D86CECC"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52F58B68" w14:textId="77777777" w:rsidR="005F1609" w:rsidRPr="005C5271" w:rsidRDefault="00DB730B" w:rsidP="005F1609">
            <w:pPr>
              <w:spacing w:after="0" w:line="240" w:lineRule="auto"/>
              <w:rPr>
                <w:sz w:val="20"/>
                <w:szCs w:val="20"/>
                <w:lang w:val="nn-NO"/>
              </w:rPr>
            </w:pPr>
            <w:r w:rsidRPr="005C5271">
              <w:rPr>
                <w:sz w:val="20"/>
                <w:szCs w:val="20"/>
                <w:lang w:val="nn-NO"/>
              </w:rPr>
              <w:t>Kryss av for det som gjeld:</w:t>
            </w:r>
          </w:p>
          <w:p w14:paraId="71BB9B93" w14:textId="5EE20276" w:rsidR="005C5271" w:rsidRPr="005C5271" w:rsidRDefault="00B22B9A" w:rsidP="005F1609">
            <w:pPr>
              <w:spacing w:after="0" w:line="240" w:lineRule="auto"/>
              <w:rPr>
                <w:sz w:val="20"/>
                <w:szCs w:val="20"/>
                <w:lang w:val="nn-NO"/>
              </w:rPr>
            </w:pPr>
            <w:sdt>
              <w:sdtPr>
                <w:rPr>
                  <w:rFonts w:ascii="Segoe UI Symbol" w:hAnsi="Segoe UI Symbol" w:cs="Segoe UI Symbol"/>
                  <w:sz w:val="20"/>
                  <w:szCs w:val="20"/>
                  <w:lang w:val="nn-NO"/>
                </w:rPr>
                <w:alias w:val="Eigen sjukdom"/>
                <w:tag w:val="Eigen sjukdom"/>
                <w:id w:val="936169690"/>
                <w:lock w:val="sdtLocked"/>
                <w14:checkbox>
                  <w14:checked w14:val="0"/>
                  <w14:checkedState w14:val="2612" w14:font="MS Gothic"/>
                  <w14:uncheckedState w14:val="2610" w14:font="MS Gothic"/>
                </w14:checkbox>
              </w:sdtPr>
              <w:sdtEndPr/>
              <w:sdtContent>
                <w:r w:rsidR="005C5271" w:rsidRPr="005C5271">
                  <w:rPr>
                    <w:rFonts w:ascii="MS Gothic" w:eastAsia="MS Gothic" w:hAnsi="MS Gothic" w:cs="Segoe UI Symbol" w:hint="eastAsia"/>
                    <w:sz w:val="20"/>
                    <w:szCs w:val="20"/>
                    <w:lang w:val="nn-NO"/>
                  </w:rPr>
                  <w:t>☐</w:t>
                </w:r>
              </w:sdtContent>
            </w:sdt>
            <w:r w:rsidR="005C5271" w:rsidRPr="005C5271">
              <w:rPr>
                <w:sz w:val="20"/>
                <w:szCs w:val="20"/>
                <w:lang w:val="nn-NO"/>
              </w:rPr>
              <w:t xml:space="preserve"> Eigen sjukdom</w:t>
            </w:r>
          </w:p>
          <w:p w14:paraId="38CD7469" w14:textId="29F9262A" w:rsidR="005C5271" w:rsidRPr="005C5271" w:rsidRDefault="00B22B9A" w:rsidP="005F1609">
            <w:pPr>
              <w:spacing w:after="0" w:line="240" w:lineRule="auto"/>
              <w:rPr>
                <w:sz w:val="20"/>
                <w:szCs w:val="20"/>
                <w:lang w:val="nn-NO"/>
              </w:rPr>
            </w:pPr>
            <w:sdt>
              <w:sdtPr>
                <w:rPr>
                  <w:sz w:val="20"/>
                  <w:szCs w:val="20"/>
                  <w:lang w:val="nn-NO"/>
                </w:rPr>
                <w:alias w:val="Sjukt barn"/>
                <w:tag w:val="Sjukt barn"/>
                <w:id w:val="-1936968029"/>
                <w:lock w:val="sdtLocked"/>
                <w14:checkbox>
                  <w14:checked w14:val="0"/>
                  <w14:checkedState w14:val="2612" w14:font="MS Gothic"/>
                  <w14:uncheckedState w14:val="2610" w14:font="MS Gothic"/>
                </w14:checkbox>
              </w:sdtPr>
              <w:sdtEndPr/>
              <w:sdtContent>
                <w:r w:rsidR="005C5271" w:rsidRPr="005C5271">
                  <w:rPr>
                    <w:rFonts w:ascii="MS Gothic" w:eastAsia="MS Gothic" w:hAnsi="MS Gothic" w:hint="eastAsia"/>
                    <w:sz w:val="20"/>
                    <w:szCs w:val="20"/>
                    <w:lang w:val="nn-NO"/>
                  </w:rPr>
                  <w:t>☐</w:t>
                </w:r>
              </w:sdtContent>
            </w:sdt>
            <w:r w:rsidR="005C5271" w:rsidRPr="005C5271">
              <w:rPr>
                <w:sz w:val="20"/>
                <w:szCs w:val="20"/>
                <w:lang w:val="nn-NO"/>
              </w:rPr>
              <w:t xml:space="preserve"> Sjukt barn</w:t>
            </w:r>
          </w:p>
          <w:p w14:paraId="70216505" w14:textId="4C2D62DB" w:rsidR="005C5271" w:rsidRPr="005C5271" w:rsidRDefault="00B22B9A" w:rsidP="005F1609">
            <w:pPr>
              <w:spacing w:after="0" w:line="240" w:lineRule="auto"/>
              <w:rPr>
                <w:sz w:val="20"/>
                <w:szCs w:val="20"/>
                <w:lang w:val="nn-NO"/>
              </w:rPr>
            </w:pPr>
            <w:sdt>
              <w:sdtPr>
                <w:rPr>
                  <w:sz w:val="20"/>
                  <w:szCs w:val="20"/>
                  <w:lang w:val="nn-NO"/>
                </w:rPr>
                <w:alias w:val="Sjuk barnepassar"/>
                <w:tag w:val="Sjuk barnepassar"/>
                <w:id w:val="1737131236"/>
                <w:lock w:val="sdtLocked"/>
                <w14:checkbox>
                  <w14:checked w14:val="0"/>
                  <w14:checkedState w14:val="2612" w14:font="MS Gothic"/>
                  <w14:uncheckedState w14:val="2610" w14:font="MS Gothic"/>
                </w14:checkbox>
              </w:sdtPr>
              <w:sdtEndPr/>
              <w:sdtContent>
                <w:r w:rsidR="005C5271" w:rsidRPr="005C5271">
                  <w:rPr>
                    <w:rFonts w:ascii="MS Gothic" w:eastAsia="MS Gothic" w:hAnsi="MS Gothic" w:hint="eastAsia"/>
                    <w:sz w:val="20"/>
                    <w:szCs w:val="20"/>
                    <w:lang w:val="nn-NO"/>
                  </w:rPr>
                  <w:t>☐</w:t>
                </w:r>
              </w:sdtContent>
            </w:sdt>
            <w:r w:rsidR="005C5271" w:rsidRPr="005C5271">
              <w:rPr>
                <w:sz w:val="20"/>
                <w:szCs w:val="20"/>
                <w:lang w:val="nn-NO"/>
              </w:rPr>
              <w:t xml:space="preserve"> Sjuk barnepassar</w:t>
            </w:r>
          </w:p>
          <w:p w14:paraId="129E91D5" w14:textId="684D4CE7" w:rsidR="005C5271" w:rsidRPr="005C5271" w:rsidRDefault="00B22B9A" w:rsidP="005F1609">
            <w:pPr>
              <w:spacing w:after="0" w:line="240" w:lineRule="auto"/>
              <w:rPr>
                <w:sz w:val="20"/>
                <w:szCs w:val="20"/>
                <w:lang w:val="nn-NO"/>
              </w:rPr>
            </w:pPr>
            <w:sdt>
              <w:sdtPr>
                <w:rPr>
                  <w:sz w:val="20"/>
                  <w:szCs w:val="20"/>
                  <w:lang w:val="nn-NO"/>
                </w:rPr>
                <w:alias w:val="Oppfølging av barn grunna sjukdom"/>
                <w:tag w:val="Oppfølging av barn grunna sjukdom"/>
                <w:id w:val="267669462"/>
                <w:lock w:val="sdtLocked"/>
                <w14:checkbox>
                  <w14:checked w14:val="0"/>
                  <w14:checkedState w14:val="2612" w14:font="MS Gothic"/>
                  <w14:uncheckedState w14:val="2610" w14:font="MS Gothic"/>
                </w14:checkbox>
              </w:sdtPr>
              <w:sdtEndPr/>
              <w:sdtContent>
                <w:r w:rsidR="005C5271" w:rsidRPr="005C5271">
                  <w:rPr>
                    <w:rFonts w:ascii="MS Gothic" w:eastAsia="MS Gothic" w:hAnsi="MS Gothic" w:hint="eastAsia"/>
                    <w:sz w:val="20"/>
                    <w:szCs w:val="20"/>
                    <w:lang w:val="nn-NO"/>
                  </w:rPr>
                  <w:t>☐</w:t>
                </w:r>
              </w:sdtContent>
            </w:sdt>
            <w:r w:rsidR="005C5271" w:rsidRPr="005C5271">
              <w:rPr>
                <w:sz w:val="20"/>
                <w:szCs w:val="20"/>
                <w:lang w:val="nn-NO"/>
              </w:rPr>
              <w:t xml:space="preserve"> Oppfølging av barn grunna sjukdom</w:t>
            </w:r>
          </w:p>
          <w:p w14:paraId="07D8A6E2" w14:textId="1A0208F6" w:rsidR="005F1609" w:rsidRPr="005C5271" w:rsidRDefault="005F1609" w:rsidP="005F1609">
            <w:pPr>
              <w:tabs>
                <w:tab w:val="center" w:pos="2305"/>
                <w:tab w:val="center" w:pos="4998"/>
                <w:tab w:val="right" w:pos="9818"/>
              </w:tabs>
              <w:spacing w:after="0" w:line="240" w:lineRule="auto"/>
              <w:rPr>
                <w:sz w:val="20"/>
                <w:szCs w:val="20"/>
                <w:lang w:val="nn-NO"/>
              </w:rPr>
            </w:pPr>
          </w:p>
        </w:tc>
      </w:tr>
      <w:tr w:rsidR="005707AF" w:rsidRPr="005C5271" w14:paraId="1CB10C13"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57B81F68" w14:textId="6A731CC8" w:rsidR="005707AF" w:rsidRPr="005C5271" w:rsidRDefault="00DB730B">
            <w:pPr>
              <w:spacing w:after="0" w:line="240" w:lineRule="auto"/>
              <w:rPr>
                <w:sz w:val="20"/>
                <w:szCs w:val="20"/>
                <w:lang w:val="nn-NO"/>
              </w:rPr>
            </w:pPr>
            <w:r w:rsidRPr="005C5271">
              <w:rPr>
                <w:b/>
                <w:color w:val="5B6570"/>
                <w:sz w:val="20"/>
                <w:szCs w:val="20"/>
                <w:lang w:val="nn-NO"/>
              </w:rPr>
              <w:t>Frå og med dato</w:t>
            </w:r>
            <w:r w:rsidRPr="005C5271">
              <w:rPr>
                <w:sz w:val="20"/>
                <w:szCs w:val="20"/>
                <w:lang w:val="nn-NO"/>
              </w:rPr>
              <w:br/>
            </w:r>
            <w:sdt>
              <w:sdtPr>
                <w:rPr>
                  <w:sz w:val="20"/>
                  <w:szCs w:val="20"/>
                </w:rPr>
                <w:alias w:val="Frå og med dato"/>
                <w:tag w:val="Frå og med dato"/>
                <w:id w:val="-1415777974"/>
                <w:lock w:val="sdtLocked"/>
                <w:placeholder>
                  <w:docPart w:val="F3F5F1CEC91B44B0A54FCB084A4EA806"/>
                </w:placeholder>
                <w:showingPlcHdr/>
                <w:date>
                  <w:dateFormat w:val="dd.MM.yyyy"/>
                  <w:lid w:val="nn-NO"/>
                  <w:storeMappedDataAs w:val="dateTime"/>
                  <w:calendar w:val="gregorian"/>
                </w:date>
              </w:sdtPr>
              <w:sdtEndPr/>
              <w:sdtContent>
                <w:r w:rsidR="00F34F45">
                  <w:rPr>
                    <w:color w:val="666666"/>
                    <w:sz w:val="20"/>
                    <w:szCs w:val="20"/>
                    <w:lang w:val="nn-NO"/>
                  </w:rPr>
                  <w:t>Klikk</w:t>
                </w:r>
                <w:r w:rsidR="005C5271" w:rsidRPr="005C5271">
                  <w:rPr>
                    <w:color w:val="666666"/>
                    <w:sz w:val="20"/>
                    <w:szCs w:val="20"/>
                    <w:lang w:val="nn-NO"/>
                  </w:rPr>
                  <w:t xml:space="preserve"> her for å velje dato.</w:t>
                </w:r>
              </w:sdtContent>
            </w:sdt>
          </w:p>
        </w:tc>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4D99B491" w14:textId="43B0BB98" w:rsidR="005707AF" w:rsidRPr="005C5271" w:rsidRDefault="00DB730B">
            <w:pPr>
              <w:spacing w:after="0" w:line="240" w:lineRule="auto"/>
              <w:rPr>
                <w:sz w:val="20"/>
                <w:szCs w:val="20"/>
              </w:rPr>
            </w:pPr>
            <w:r w:rsidRPr="005C5271">
              <w:rPr>
                <w:b/>
                <w:color w:val="5B6570"/>
                <w:sz w:val="20"/>
                <w:szCs w:val="20"/>
              </w:rPr>
              <w:t xml:space="preserve">Til </w:t>
            </w:r>
            <w:proofErr w:type="spellStart"/>
            <w:r w:rsidRPr="005C5271">
              <w:rPr>
                <w:b/>
                <w:color w:val="5B6570"/>
                <w:sz w:val="20"/>
                <w:szCs w:val="20"/>
              </w:rPr>
              <w:t>og</w:t>
            </w:r>
            <w:proofErr w:type="spellEnd"/>
            <w:r w:rsidRPr="005C5271">
              <w:rPr>
                <w:b/>
                <w:color w:val="5B6570"/>
                <w:sz w:val="20"/>
                <w:szCs w:val="20"/>
              </w:rPr>
              <w:t xml:space="preserve"> med </w:t>
            </w:r>
            <w:proofErr w:type="spellStart"/>
            <w:r w:rsidRPr="005C5271">
              <w:rPr>
                <w:b/>
                <w:color w:val="5B6570"/>
                <w:sz w:val="20"/>
                <w:szCs w:val="20"/>
              </w:rPr>
              <w:t>dato</w:t>
            </w:r>
            <w:proofErr w:type="spellEnd"/>
            <w:r w:rsidRPr="005C5271">
              <w:rPr>
                <w:sz w:val="20"/>
                <w:szCs w:val="20"/>
              </w:rPr>
              <w:br/>
            </w:r>
            <w:sdt>
              <w:sdtPr>
                <w:rPr>
                  <w:sz w:val="20"/>
                  <w:szCs w:val="20"/>
                </w:rPr>
                <w:alias w:val="Til og med dato"/>
                <w:tag w:val="Til og med dato"/>
                <w:id w:val="1114327487"/>
                <w:placeholder>
                  <w:docPart w:val="667F7DF0FB974ACB96948329A7D23AAA"/>
                </w:placeholder>
                <w:showingPlcHdr/>
                <w:date>
                  <w:dateFormat w:val="dd.MM.yyyy"/>
                  <w:lid w:val="nn-NO"/>
                  <w:storeMappedDataAs w:val="dateTime"/>
                  <w:calendar w:val="gregorian"/>
                </w:date>
              </w:sdtPr>
              <w:sdtEndPr/>
              <w:sdtContent>
                <w:r w:rsidR="00F34F45">
                  <w:rPr>
                    <w:color w:val="666666"/>
                    <w:sz w:val="20"/>
                    <w:szCs w:val="20"/>
                    <w:lang w:val="nn-NO"/>
                  </w:rPr>
                  <w:t>Klikk</w:t>
                </w:r>
                <w:r w:rsidR="005C5271" w:rsidRPr="005C5271">
                  <w:rPr>
                    <w:color w:val="666666"/>
                    <w:sz w:val="20"/>
                    <w:szCs w:val="20"/>
                    <w:lang w:val="nn-NO"/>
                  </w:rPr>
                  <w:t xml:space="preserve"> her for å velje dato.</w:t>
                </w:r>
              </w:sdtContent>
            </w:sdt>
          </w:p>
        </w:tc>
      </w:tr>
      <w:tr w:rsidR="005707AF" w:rsidRPr="005C5271" w14:paraId="0962FB1B"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4F28EFDF" w14:textId="4962BFA9" w:rsidR="005707AF" w:rsidRPr="005C5271" w:rsidRDefault="00DB730B">
            <w:pPr>
              <w:spacing w:after="0" w:line="240" w:lineRule="auto"/>
              <w:rPr>
                <w:sz w:val="20"/>
                <w:szCs w:val="20"/>
              </w:rPr>
            </w:pPr>
            <w:r w:rsidRPr="005C5271">
              <w:rPr>
                <w:b/>
                <w:color w:val="5B6570"/>
                <w:sz w:val="20"/>
                <w:szCs w:val="20"/>
              </w:rPr>
              <w:t xml:space="preserve">Melding om </w:t>
            </w:r>
            <w:proofErr w:type="spellStart"/>
            <w:r w:rsidRPr="005C5271">
              <w:rPr>
                <w:b/>
                <w:color w:val="5B6570"/>
                <w:sz w:val="20"/>
                <w:szCs w:val="20"/>
              </w:rPr>
              <w:t>fråværet</w:t>
            </w:r>
            <w:proofErr w:type="spellEnd"/>
            <w:r w:rsidRPr="005C5271">
              <w:rPr>
                <w:b/>
                <w:color w:val="5B6570"/>
                <w:sz w:val="20"/>
                <w:szCs w:val="20"/>
              </w:rPr>
              <w:t xml:space="preserve"> </w:t>
            </w:r>
            <w:proofErr w:type="spellStart"/>
            <w:r w:rsidRPr="005C5271">
              <w:rPr>
                <w:b/>
                <w:color w:val="5B6570"/>
                <w:sz w:val="20"/>
                <w:szCs w:val="20"/>
              </w:rPr>
              <w:t>vart</w:t>
            </w:r>
            <w:proofErr w:type="spellEnd"/>
            <w:r w:rsidRPr="005C5271">
              <w:rPr>
                <w:b/>
                <w:color w:val="5B6570"/>
                <w:sz w:val="20"/>
                <w:szCs w:val="20"/>
              </w:rPr>
              <w:t xml:space="preserve"> </w:t>
            </w:r>
            <w:proofErr w:type="spellStart"/>
            <w:r w:rsidRPr="005C5271">
              <w:rPr>
                <w:b/>
                <w:color w:val="5B6570"/>
                <w:sz w:val="20"/>
                <w:szCs w:val="20"/>
              </w:rPr>
              <w:t>gitt</w:t>
            </w:r>
            <w:proofErr w:type="spellEnd"/>
            <w:r w:rsidRPr="005C5271">
              <w:rPr>
                <w:b/>
                <w:color w:val="5B6570"/>
                <w:sz w:val="20"/>
                <w:szCs w:val="20"/>
              </w:rPr>
              <w:t xml:space="preserve"> </w:t>
            </w:r>
            <w:proofErr w:type="spellStart"/>
            <w:r w:rsidRPr="005C5271">
              <w:rPr>
                <w:b/>
                <w:color w:val="5B6570"/>
                <w:sz w:val="20"/>
                <w:szCs w:val="20"/>
              </w:rPr>
              <w:t>til</w:t>
            </w:r>
            <w:proofErr w:type="spellEnd"/>
            <w:r w:rsidRPr="005C5271">
              <w:rPr>
                <w:sz w:val="20"/>
                <w:szCs w:val="20"/>
              </w:rPr>
              <w:br/>
            </w:r>
            <w:sdt>
              <w:sdtPr>
                <w:rPr>
                  <w:sz w:val="20"/>
                  <w:szCs w:val="20"/>
                </w:rPr>
                <w:alias w:val="Melding om fråværet vart gitt til"/>
                <w:tag w:val="Melding om fråværet vart gitt til"/>
                <w:id w:val="931398726"/>
                <w:lock w:val="sdtLocked"/>
                <w:placeholder>
                  <w:docPart w:val="E517BEA475124E31994CD5A465CFF90C"/>
                </w:placeholder>
                <w:showingPlcHdr/>
                <w:text/>
              </w:sdtPr>
              <w:sdtEndPr/>
              <w:sdtContent>
                <w:r w:rsidR="00F34F45">
                  <w:rPr>
                    <w:color w:val="666666"/>
                  </w:rPr>
                  <w:t>Klikk</w:t>
                </w:r>
                <w:r w:rsidR="00920573" w:rsidRPr="00920573">
                  <w:rPr>
                    <w:color w:val="666666"/>
                  </w:rPr>
                  <w:t xml:space="preserve"> her for å skrive inn namn</w:t>
                </w:r>
              </w:sdtContent>
            </w:sdt>
          </w:p>
        </w:tc>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708715FA" w14:textId="425F6D86" w:rsidR="005707AF" w:rsidRPr="005C5271" w:rsidRDefault="00DB730B">
            <w:pPr>
              <w:spacing w:after="0" w:line="240" w:lineRule="auto"/>
              <w:rPr>
                <w:sz w:val="20"/>
                <w:szCs w:val="20"/>
              </w:rPr>
            </w:pPr>
            <w:r w:rsidRPr="005C5271">
              <w:rPr>
                <w:b/>
                <w:color w:val="5B6570"/>
                <w:sz w:val="20"/>
                <w:szCs w:val="20"/>
              </w:rPr>
              <w:t xml:space="preserve">Dato / </w:t>
            </w:r>
            <w:proofErr w:type="spellStart"/>
            <w:r w:rsidRPr="005C5271">
              <w:rPr>
                <w:b/>
                <w:color w:val="5B6570"/>
                <w:sz w:val="20"/>
                <w:szCs w:val="20"/>
              </w:rPr>
              <w:t>tidspunkt</w:t>
            </w:r>
            <w:proofErr w:type="spellEnd"/>
            <w:r w:rsidRPr="005C5271">
              <w:rPr>
                <w:sz w:val="20"/>
                <w:szCs w:val="20"/>
              </w:rPr>
              <w:br/>
            </w:r>
            <w:sdt>
              <w:sdtPr>
                <w:rPr>
                  <w:sz w:val="20"/>
                  <w:szCs w:val="20"/>
                </w:rPr>
                <w:alias w:val="Dato / tidspunkt"/>
                <w:tag w:val="Dato / tidspunkt"/>
                <w:id w:val="-192075260"/>
                <w:lock w:val="sdtLocked"/>
                <w:placeholder>
                  <w:docPart w:val="5CEC93044F3D44A4A83AC9BE0D09B407"/>
                </w:placeholder>
                <w:showingPlcHdr/>
                <w:text/>
              </w:sdtPr>
              <w:sdtEndPr/>
              <w:sdtContent>
                <w:r w:rsidR="00F34F45">
                  <w:rPr>
                    <w:color w:val="666666"/>
                  </w:rPr>
                  <w:t>Klikk</w:t>
                </w:r>
                <w:r w:rsidR="00300378" w:rsidRPr="00300378">
                  <w:rPr>
                    <w:color w:val="666666"/>
                  </w:rPr>
                  <w:t xml:space="preserve"> her for å skrive inn dato og tidspunkt</w:t>
                </w:r>
                <w:r w:rsidR="00300378">
                  <w:rPr>
                    <w:color w:val="666666"/>
                  </w:rPr>
                  <w:t>.</w:t>
                </w:r>
              </w:sdtContent>
            </w:sdt>
          </w:p>
        </w:tc>
      </w:tr>
    </w:tbl>
    <w:p w14:paraId="3547E1D9" w14:textId="77777777" w:rsidR="005707AF" w:rsidRPr="005C5271" w:rsidRDefault="005707AF">
      <w:pPr>
        <w:spacing w:after="20"/>
        <w:rPr>
          <w:sz w:val="20"/>
          <w:szCs w:val="20"/>
        </w:rPr>
      </w:pPr>
    </w:p>
    <w:tbl>
      <w:tblPr>
        <w:tblW w:w="0" w:type="auto"/>
        <w:jc w:val="center"/>
        <w:tblLook w:val="04A0" w:firstRow="1" w:lastRow="0" w:firstColumn="1" w:lastColumn="0" w:noHBand="0" w:noVBand="1"/>
      </w:tblPr>
      <w:tblGrid>
        <w:gridCol w:w="10206"/>
      </w:tblGrid>
      <w:tr w:rsidR="005707AF" w:rsidRPr="002A32F6" w14:paraId="7A08DF56" w14:textId="77777777">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244A64"/>
            <w:tcMar>
              <w:top w:w="80" w:type="dxa"/>
              <w:left w:w="120" w:type="dxa"/>
              <w:bottom w:w="80" w:type="dxa"/>
              <w:right w:w="120" w:type="dxa"/>
            </w:tcMar>
          </w:tcPr>
          <w:p w14:paraId="21B00DA9" w14:textId="77777777" w:rsidR="005707AF" w:rsidRPr="005C5271" w:rsidRDefault="00DB730B">
            <w:pPr>
              <w:spacing w:after="0" w:line="240" w:lineRule="auto"/>
              <w:rPr>
                <w:sz w:val="20"/>
                <w:szCs w:val="20"/>
                <w:lang w:val="nn-NO"/>
              </w:rPr>
            </w:pPr>
            <w:r w:rsidRPr="005C5271">
              <w:rPr>
                <w:b/>
                <w:color w:val="FFFFFF"/>
                <w:sz w:val="20"/>
                <w:szCs w:val="20"/>
                <w:lang w:val="nn-NO"/>
              </w:rPr>
              <w:t>3. DERSOM FRÅVÆRET GJELD EIGEN SJUKDOM</w:t>
            </w:r>
          </w:p>
        </w:tc>
      </w:tr>
      <w:tr w:rsidR="005707AF" w:rsidRPr="005C5271" w14:paraId="104587DD" w14:textId="77777777">
        <w:trPr>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0A419032" w14:textId="4D9C5902" w:rsidR="005707AF" w:rsidRPr="005C5271" w:rsidRDefault="00DB730B">
            <w:pPr>
              <w:spacing w:after="0" w:line="240" w:lineRule="auto"/>
              <w:rPr>
                <w:sz w:val="20"/>
                <w:szCs w:val="20"/>
                <w:lang w:val="nn-NO"/>
              </w:rPr>
            </w:pPr>
            <w:r w:rsidRPr="005C5271">
              <w:rPr>
                <w:sz w:val="20"/>
                <w:szCs w:val="20"/>
                <w:lang w:val="nn-NO"/>
              </w:rPr>
              <w:t>Fråværet skuldast svangerskapsrelatert sjukdom</w:t>
            </w:r>
            <w:r w:rsidR="00300378">
              <w:rPr>
                <w:sz w:val="20"/>
                <w:szCs w:val="20"/>
                <w:lang w:val="nn-NO"/>
              </w:rPr>
              <w:tab/>
            </w:r>
            <w:r w:rsidR="00300378">
              <w:rPr>
                <w:sz w:val="20"/>
                <w:szCs w:val="20"/>
                <w:lang w:val="nn-NO"/>
              </w:rPr>
              <w:tab/>
            </w:r>
            <w:sdt>
              <w:sdtPr>
                <w:rPr>
                  <w:sz w:val="20"/>
                  <w:szCs w:val="20"/>
                  <w:lang w:val="nn-NO"/>
                </w:rPr>
                <w:alias w:val="Svangerskapsrelatert sjukdom – Ja"/>
                <w:tag w:val="Svangerskapsrelatert sjukdom – Ja"/>
                <w:id w:val="-395444998"/>
                <w:lock w:val="sdtLocked"/>
                <w14:checkbox>
                  <w14:checked w14:val="0"/>
                  <w14:checkedState w14:val="2612" w14:font="MS Gothic"/>
                  <w14:uncheckedState w14:val="2610" w14:font="MS Gothic"/>
                </w14:checkbox>
              </w:sdtPr>
              <w:sdtEndPr/>
              <w:sdtContent>
                <w:r w:rsidR="00430332">
                  <w:rPr>
                    <w:rFonts w:ascii="MS Gothic" w:eastAsia="MS Gothic" w:hAnsi="MS Gothic" w:hint="eastAsia"/>
                    <w:sz w:val="20"/>
                    <w:szCs w:val="20"/>
                    <w:lang w:val="nn-NO"/>
                  </w:rPr>
                  <w:t>☐</w:t>
                </w:r>
              </w:sdtContent>
            </w:sdt>
            <w:r w:rsidR="00300378">
              <w:rPr>
                <w:sz w:val="20"/>
                <w:szCs w:val="20"/>
                <w:lang w:val="nn-NO"/>
              </w:rPr>
              <w:t>Ja</w:t>
            </w:r>
            <w:r w:rsidR="00300378">
              <w:rPr>
                <w:sz w:val="20"/>
                <w:szCs w:val="20"/>
                <w:lang w:val="nn-NO"/>
              </w:rPr>
              <w:tab/>
            </w:r>
            <w:sdt>
              <w:sdtPr>
                <w:rPr>
                  <w:sz w:val="20"/>
                  <w:szCs w:val="20"/>
                  <w:lang w:val="nn-NO"/>
                </w:rPr>
                <w:alias w:val="Svangerskapsrelatert sjukdom – Nei"/>
                <w:tag w:val="Svangerskapsrelatert sjukdom – Nei"/>
                <w:id w:val="-1015840121"/>
                <w:lock w:val="sdtLocked"/>
                <w14:checkbox>
                  <w14:checked w14:val="0"/>
                  <w14:checkedState w14:val="2612" w14:font="MS Gothic"/>
                  <w14:uncheckedState w14:val="2610" w14:font="MS Gothic"/>
                </w14:checkbox>
              </w:sdtPr>
              <w:sdtEndPr/>
              <w:sdtContent>
                <w:r w:rsidR="00430332">
                  <w:rPr>
                    <w:rFonts w:ascii="MS Gothic" w:eastAsia="MS Gothic" w:hAnsi="MS Gothic" w:hint="eastAsia"/>
                    <w:sz w:val="20"/>
                    <w:szCs w:val="20"/>
                    <w:lang w:val="nn-NO"/>
                  </w:rPr>
                  <w:t>☐</w:t>
                </w:r>
              </w:sdtContent>
            </w:sdt>
            <w:r w:rsidR="00300378">
              <w:rPr>
                <w:sz w:val="20"/>
                <w:szCs w:val="20"/>
                <w:lang w:val="nn-NO"/>
              </w:rPr>
              <w:t>Nei</w:t>
            </w:r>
          </w:p>
        </w:tc>
      </w:tr>
      <w:tr w:rsidR="005707AF" w:rsidRPr="005C5271" w14:paraId="1B4DBF91" w14:textId="77777777">
        <w:trPr>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5679D784" w14:textId="3DAC94E5" w:rsidR="005707AF" w:rsidRPr="005C5271" w:rsidRDefault="00430332">
            <w:pPr>
              <w:spacing w:after="0" w:line="240" w:lineRule="auto"/>
              <w:rPr>
                <w:sz w:val="20"/>
                <w:szCs w:val="20"/>
              </w:rPr>
            </w:pPr>
            <w:proofErr w:type="spellStart"/>
            <w:r w:rsidRPr="00430332">
              <w:rPr>
                <w:sz w:val="20"/>
                <w:szCs w:val="20"/>
              </w:rPr>
              <w:t>Fråværet</w:t>
            </w:r>
            <w:proofErr w:type="spellEnd"/>
            <w:r w:rsidRPr="00430332">
              <w:rPr>
                <w:sz w:val="20"/>
                <w:szCs w:val="20"/>
              </w:rPr>
              <w:t xml:space="preserve"> </w:t>
            </w:r>
            <w:proofErr w:type="spellStart"/>
            <w:r w:rsidRPr="00430332">
              <w:rPr>
                <w:sz w:val="20"/>
                <w:szCs w:val="20"/>
              </w:rPr>
              <w:t>kan</w:t>
            </w:r>
            <w:proofErr w:type="spellEnd"/>
            <w:r w:rsidRPr="00430332">
              <w:rPr>
                <w:sz w:val="20"/>
                <w:szCs w:val="20"/>
              </w:rPr>
              <w:t xml:space="preserve"> </w:t>
            </w:r>
            <w:proofErr w:type="spellStart"/>
            <w:r w:rsidRPr="00430332">
              <w:rPr>
                <w:sz w:val="20"/>
                <w:szCs w:val="20"/>
              </w:rPr>
              <w:t>vere</w:t>
            </w:r>
            <w:proofErr w:type="spellEnd"/>
            <w:r w:rsidRPr="00430332">
              <w:rPr>
                <w:sz w:val="20"/>
                <w:szCs w:val="20"/>
              </w:rPr>
              <w:t xml:space="preserve"> </w:t>
            </w:r>
            <w:proofErr w:type="spellStart"/>
            <w:r w:rsidRPr="00430332">
              <w:rPr>
                <w:sz w:val="20"/>
                <w:szCs w:val="20"/>
              </w:rPr>
              <w:t>heilt</w:t>
            </w:r>
            <w:proofErr w:type="spellEnd"/>
            <w:r w:rsidRPr="00430332">
              <w:rPr>
                <w:sz w:val="20"/>
                <w:szCs w:val="20"/>
              </w:rPr>
              <w:t xml:space="preserve"> </w:t>
            </w:r>
            <w:proofErr w:type="spellStart"/>
            <w:r w:rsidRPr="00430332">
              <w:rPr>
                <w:sz w:val="20"/>
                <w:szCs w:val="20"/>
              </w:rPr>
              <w:t>eller</w:t>
            </w:r>
            <w:proofErr w:type="spellEnd"/>
            <w:r w:rsidRPr="00430332">
              <w:rPr>
                <w:sz w:val="20"/>
                <w:szCs w:val="20"/>
              </w:rPr>
              <w:t xml:space="preserve"> </w:t>
            </w:r>
            <w:proofErr w:type="spellStart"/>
            <w:r w:rsidRPr="00430332">
              <w:rPr>
                <w:sz w:val="20"/>
                <w:szCs w:val="20"/>
              </w:rPr>
              <w:t>delvis</w:t>
            </w:r>
            <w:proofErr w:type="spellEnd"/>
            <w:r w:rsidRPr="00430332">
              <w:rPr>
                <w:sz w:val="20"/>
                <w:szCs w:val="20"/>
              </w:rPr>
              <w:t xml:space="preserve"> </w:t>
            </w:r>
            <w:proofErr w:type="spellStart"/>
            <w:r w:rsidRPr="00430332">
              <w:rPr>
                <w:sz w:val="20"/>
                <w:szCs w:val="20"/>
              </w:rPr>
              <w:t>arbeidsrelatert</w:t>
            </w:r>
            <w:proofErr w:type="spellEnd"/>
            <w:r w:rsidR="00300378">
              <w:rPr>
                <w:sz w:val="20"/>
                <w:szCs w:val="20"/>
              </w:rPr>
              <w:tab/>
            </w:r>
            <w:sdt>
              <w:sdtPr>
                <w:rPr>
                  <w:sz w:val="20"/>
                  <w:szCs w:val="20"/>
                </w:rPr>
                <w:alias w:val="Arbeidsrelatert fråvær – Ja"/>
                <w:tag w:val="Arbeidsrelatert fråvær – Ja"/>
                <w:id w:val="142393352"/>
                <w:lock w:val="sdtLocked"/>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5C5271">
              <w:rPr>
                <w:sz w:val="20"/>
                <w:szCs w:val="20"/>
              </w:rPr>
              <w:t>Ja</w:t>
            </w:r>
            <w:r w:rsidR="00300378">
              <w:rPr>
                <w:sz w:val="20"/>
                <w:szCs w:val="20"/>
              </w:rPr>
              <w:tab/>
            </w:r>
            <w:sdt>
              <w:sdtPr>
                <w:rPr>
                  <w:sz w:val="20"/>
                  <w:szCs w:val="20"/>
                </w:rPr>
                <w:alias w:val="Arbeidsrelatert fråvær – Nei"/>
                <w:tag w:val="Arbeidsrelatert fråvær – Nei"/>
                <w:id w:val="-1225752806"/>
                <w:lock w:val="sdtLocked"/>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5C5271">
              <w:rPr>
                <w:sz w:val="20"/>
                <w:szCs w:val="20"/>
              </w:rPr>
              <w:t>Nei</w:t>
            </w:r>
            <w:r w:rsidR="00300378">
              <w:rPr>
                <w:sz w:val="20"/>
                <w:szCs w:val="20"/>
              </w:rPr>
              <w:tab/>
            </w:r>
            <w:sdt>
              <w:sdtPr>
                <w:rPr>
                  <w:sz w:val="20"/>
                  <w:szCs w:val="20"/>
                </w:rPr>
                <w:alias w:val="Arbeidsrelatert fråvær – Usikker"/>
                <w:tag w:val="Arbeidsrelatert fråvær – Usikker"/>
                <w:id w:val="-156887622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roofErr w:type="spellStart"/>
            <w:r w:rsidRPr="005C5271">
              <w:rPr>
                <w:sz w:val="20"/>
                <w:szCs w:val="20"/>
              </w:rPr>
              <w:t>Usikker</w:t>
            </w:r>
            <w:proofErr w:type="spellEnd"/>
          </w:p>
        </w:tc>
      </w:tr>
      <w:tr w:rsidR="005707AF" w:rsidRPr="005C5271" w14:paraId="6CE1F536" w14:textId="77777777">
        <w:trPr>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10BAE4A3" w14:textId="44F35495" w:rsidR="005707AF" w:rsidRPr="005C5271" w:rsidRDefault="00DB730B">
            <w:pPr>
              <w:spacing w:after="0" w:line="240" w:lineRule="auto"/>
              <w:rPr>
                <w:sz w:val="20"/>
                <w:szCs w:val="20"/>
              </w:rPr>
            </w:pPr>
            <w:proofErr w:type="spellStart"/>
            <w:r w:rsidRPr="005C5271">
              <w:rPr>
                <w:sz w:val="20"/>
                <w:szCs w:val="20"/>
              </w:rPr>
              <w:t>Ønskjer</w:t>
            </w:r>
            <w:proofErr w:type="spellEnd"/>
            <w:r w:rsidRPr="005C5271">
              <w:rPr>
                <w:sz w:val="20"/>
                <w:szCs w:val="20"/>
              </w:rPr>
              <w:t xml:space="preserve"> </w:t>
            </w:r>
            <w:proofErr w:type="spellStart"/>
            <w:r w:rsidRPr="005C5271">
              <w:rPr>
                <w:sz w:val="20"/>
                <w:szCs w:val="20"/>
              </w:rPr>
              <w:t>samtale</w:t>
            </w:r>
            <w:proofErr w:type="spellEnd"/>
            <w:r w:rsidRPr="005C5271">
              <w:rPr>
                <w:sz w:val="20"/>
                <w:szCs w:val="20"/>
              </w:rPr>
              <w:t xml:space="preserve"> om </w:t>
            </w:r>
            <w:proofErr w:type="spellStart"/>
            <w:r w:rsidRPr="005C5271">
              <w:rPr>
                <w:sz w:val="20"/>
                <w:szCs w:val="20"/>
              </w:rPr>
              <w:t>tilrettelegging</w:t>
            </w:r>
            <w:proofErr w:type="spellEnd"/>
            <w:r w:rsidRPr="005C5271">
              <w:rPr>
                <w:sz w:val="20"/>
                <w:szCs w:val="20"/>
              </w:rPr>
              <w:t xml:space="preserve"> </w:t>
            </w:r>
            <w:proofErr w:type="spellStart"/>
            <w:r w:rsidRPr="005C5271">
              <w:rPr>
                <w:sz w:val="20"/>
                <w:szCs w:val="20"/>
              </w:rPr>
              <w:t>eller</w:t>
            </w:r>
            <w:proofErr w:type="spellEnd"/>
            <w:r w:rsidRPr="005C5271">
              <w:rPr>
                <w:sz w:val="20"/>
                <w:szCs w:val="20"/>
              </w:rPr>
              <w:t xml:space="preserve"> </w:t>
            </w:r>
            <w:proofErr w:type="spellStart"/>
            <w:r w:rsidRPr="005C5271">
              <w:rPr>
                <w:sz w:val="20"/>
                <w:szCs w:val="20"/>
              </w:rPr>
              <w:t>oppfølging</w:t>
            </w:r>
            <w:proofErr w:type="spellEnd"/>
            <w:r w:rsidR="00430332">
              <w:rPr>
                <w:sz w:val="20"/>
                <w:szCs w:val="20"/>
              </w:rPr>
              <w:tab/>
            </w:r>
            <w:sdt>
              <w:sdtPr>
                <w:rPr>
                  <w:sz w:val="20"/>
                  <w:szCs w:val="20"/>
                </w:rPr>
                <w:alias w:val="Tilrettelegging eller oppfølging – Ja"/>
                <w:tag w:val="Tilrettelegging eller oppfølging – Ja"/>
                <w:id w:val="-374697979"/>
                <w:lock w:val="sdtLocked"/>
                <w14:checkbox>
                  <w14:checked w14:val="0"/>
                  <w14:checkedState w14:val="2612" w14:font="MS Gothic"/>
                  <w14:uncheckedState w14:val="2610" w14:font="MS Gothic"/>
                </w14:checkbox>
              </w:sdtPr>
              <w:sdtEndPr/>
              <w:sdtContent>
                <w:r w:rsidR="00430332">
                  <w:rPr>
                    <w:rFonts w:ascii="MS Gothic" w:eastAsia="MS Gothic" w:hAnsi="MS Gothic" w:hint="eastAsia"/>
                    <w:sz w:val="20"/>
                    <w:szCs w:val="20"/>
                  </w:rPr>
                  <w:t>☐</w:t>
                </w:r>
              </w:sdtContent>
            </w:sdt>
            <w:r w:rsidRPr="005C5271">
              <w:rPr>
                <w:sz w:val="20"/>
                <w:szCs w:val="20"/>
              </w:rPr>
              <w:t>Ja</w:t>
            </w:r>
            <w:r w:rsidR="00430332">
              <w:rPr>
                <w:sz w:val="20"/>
                <w:szCs w:val="20"/>
              </w:rPr>
              <w:tab/>
            </w:r>
            <w:sdt>
              <w:sdtPr>
                <w:rPr>
                  <w:sz w:val="20"/>
                  <w:szCs w:val="20"/>
                </w:rPr>
                <w:alias w:val="Tilrettelegging eller oppfølging – Nei"/>
                <w:tag w:val="Tilrettelegging eller oppfølging – Nei"/>
                <w:id w:val="-1254895912"/>
                <w:lock w:val="sdtLocked"/>
                <w14:checkbox>
                  <w14:checked w14:val="0"/>
                  <w14:checkedState w14:val="2612" w14:font="MS Gothic"/>
                  <w14:uncheckedState w14:val="2610" w14:font="MS Gothic"/>
                </w14:checkbox>
              </w:sdtPr>
              <w:sdtEndPr/>
              <w:sdtContent>
                <w:r w:rsidR="00430332">
                  <w:rPr>
                    <w:rFonts w:ascii="MS Gothic" w:eastAsia="MS Gothic" w:hAnsi="MS Gothic" w:hint="eastAsia"/>
                    <w:sz w:val="20"/>
                    <w:szCs w:val="20"/>
                  </w:rPr>
                  <w:t>☐</w:t>
                </w:r>
              </w:sdtContent>
            </w:sdt>
            <w:r w:rsidRPr="005C5271">
              <w:rPr>
                <w:sz w:val="20"/>
                <w:szCs w:val="20"/>
              </w:rPr>
              <w:t xml:space="preserve"> Nei</w:t>
            </w:r>
          </w:p>
        </w:tc>
      </w:tr>
      <w:tr w:rsidR="005707AF" w:rsidRPr="00880563" w14:paraId="2DE03E28" w14:textId="77777777">
        <w:trPr>
          <w:jc w:val="center"/>
        </w:trPr>
        <w:tc>
          <w:tcPr>
            <w:tcW w:w="10206" w:type="dxa"/>
            <w:tcBorders>
              <w:top w:val="single" w:sz="7" w:space="0" w:color="B8C0C7"/>
              <w:left w:val="single" w:sz="7" w:space="0" w:color="B8C0C7"/>
              <w:bottom w:val="single" w:sz="7" w:space="0" w:color="B8C0C7"/>
              <w:right w:val="single" w:sz="7" w:space="0" w:color="B8C0C7"/>
            </w:tcBorders>
            <w:tcMar>
              <w:top w:w="80" w:type="dxa"/>
              <w:left w:w="120" w:type="dxa"/>
              <w:bottom w:w="80" w:type="dxa"/>
              <w:right w:w="120" w:type="dxa"/>
            </w:tcMar>
          </w:tcPr>
          <w:p w14:paraId="33891B12" w14:textId="3CD3FFB7" w:rsidR="005707AF" w:rsidRPr="00880563" w:rsidRDefault="00DB730B">
            <w:pPr>
              <w:spacing w:after="0" w:line="240" w:lineRule="auto"/>
              <w:rPr>
                <w:sz w:val="20"/>
                <w:szCs w:val="20"/>
              </w:rPr>
            </w:pPr>
            <w:proofErr w:type="spellStart"/>
            <w:r w:rsidRPr="00880563">
              <w:rPr>
                <w:b/>
                <w:color w:val="5B6570"/>
                <w:sz w:val="20"/>
                <w:szCs w:val="20"/>
              </w:rPr>
              <w:t>Valfritt</w:t>
            </w:r>
            <w:proofErr w:type="spellEnd"/>
            <w:r w:rsidRPr="00880563">
              <w:rPr>
                <w:b/>
                <w:color w:val="5B6570"/>
                <w:sz w:val="20"/>
                <w:szCs w:val="20"/>
              </w:rPr>
              <w:t xml:space="preserve"> – </w:t>
            </w:r>
            <w:proofErr w:type="spellStart"/>
            <w:r w:rsidRPr="00880563">
              <w:rPr>
                <w:b/>
                <w:color w:val="5B6570"/>
                <w:sz w:val="20"/>
                <w:szCs w:val="20"/>
              </w:rPr>
              <w:t>arbeidsoppgåver</w:t>
            </w:r>
            <w:proofErr w:type="spellEnd"/>
            <w:r w:rsidRPr="00880563">
              <w:rPr>
                <w:b/>
                <w:color w:val="5B6570"/>
                <w:sz w:val="20"/>
                <w:szCs w:val="20"/>
              </w:rPr>
              <w:t xml:space="preserve"> </w:t>
            </w:r>
            <w:proofErr w:type="spellStart"/>
            <w:r w:rsidRPr="00880563">
              <w:rPr>
                <w:b/>
                <w:color w:val="5B6570"/>
                <w:sz w:val="20"/>
                <w:szCs w:val="20"/>
              </w:rPr>
              <w:t>eller</w:t>
            </w:r>
            <w:proofErr w:type="spellEnd"/>
            <w:r w:rsidRPr="00880563">
              <w:rPr>
                <w:b/>
                <w:color w:val="5B6570"/>
                <w:sz w:val="20"/>
                <w:szCs w:val="20"/>
              </w:rPr>
              <w:t xml:space="preserve"> </w:t>
            </w:r>
            <w:proofErr w:type="spellStart"/>
            <w:r w:rsidRPr="00880563">
              <w:rPr>
                <w:b/>
                <w:color w:val="5B6570"/>
                <w:sz w:val="20"/>
                <w:szCs w:val="20"/>
              </w:rPr>
              <w:t>tilrettelegging</w:t>
            </w:r>
            <w:proofErr w:type="spellEnd"/>
            <w:r w:rsidRPr="00880563">
              <w:rPr>
                <w:b/>
                <w:color w:val="5B6570"/>
                <w:sz w:val="20"/>
                <w:szCs w:val="20"/>
              </w:rPr>
              <w:t xml:space="preserve"> </w:t>
            </w:r>
            <w:proofErr w:type="spellStart"/>
            <w:r w:rsidRPr="00880563">
              <w:rPr>
                <w:b/>
                <w:color w:val="5B6570"/>
                <w:sz w:val="20"/>
                <w:szCs w:val="20"/>
              </w:rPr>
              <w:t>som</w:t>
            </w:r>
            <w:proofErr w:type="spellEnd"/>
            <w:r w:rsidRPr="00880563">
              <w:rPr>
                <w:b/>
                <w:color w:val="5B6570"/>
                <w:sz w:val="20"/>
                <w:szCs w:val="20"/>
              </w:rPr>
              <w:t xml:space="preserve"> </w:t>
            </w:r>
            <w:proofErr w:type="spellStart"/>
            <w:r w:rsidRPr="00880563">
              <w:rPr>
                <w:b/>
                <w:color w:val="5B6570"/>
                <w:sz w:val="20"/>
                <w:szCs w:val="20"/>
              </w:rPr>
              <w:t>kan</w:t>
            </w:r>
            <w:proofErr w:type="spellEnd"/>
            <w:r w:rsidRPr="00880563">
              <w:rPr>
                <w:b/>
                <w:color w:val="5B6570"/>
                <w:sz w:val="20"/>
                <w:szCs w:val="20"/>
              </w:rPr>
              <w:t xml:space="preserve"> </w:t>
            </w:r>
            <w:proofErr w:type="spellStart"/>
            <w:r w:rsidRPr="00880563">
              <w:rPr>
                <w:b/>
                <w:color w:val="5B6570"/>
                <w:sz w:val="20"/>
                <w:szCs w:val="20"/>
              </w:rPr>
              <w:t>vere</w:t>
            </w:r>
            <w:proofErr w:type="spellEnd"/>
            <w:r w:rsidRPr="00880563">
              <w:rPr>
                <w:b/>
                <w:color w:val="5B6570"/>
                <w:sz w:val="20"/>
                <w:szCs w:val="20"/>
              </w:rPr>
              <w:t xml:space="preserve"> </w:t>
            </w:r>
            <w:proofErr w:type="spellStart"/>
            <w:r w:rsidRPr="00880563">
              <w:rPr>
                <w:b/>
                <w:color w:val="5B6570"/>
                <w:sz w:val="20"/>
                <w:szCs w:val="20"/>
              </w:rPr>
              <w:t>aktuelt</w:t>
            </w:r>
            <w:proofErr w:type="spellEnd"/>
            <w:r w:rsidRPr="00880563">
              <w:rPr>
                <w:sz w:val="20"/>
                <w:szCs w:val="20"/>
              </w:rPr>
              <w:br/>
            </w:r>
            <w:sdt>
              <w:sdtPr>
                <w:rPr>
                  <w:sz w:val="20"/>
                  <w:szCs w:val="20"/>
                  <w:lang w:val="nn-NO"/>
                </w:rPr>
                <w:alias w:val="Arbeidsoppgåver / tilrettelegging"/>
                <w:tag w:val="Arbeidsoppgåver / tilrettelegging"/>
                <w:id w:val="1551878852"/>
                <w:lock w:val="sdtLocked"/>
                <w:placeholder>
                  <w:docPart w:val="2C5AD3161C5E435EBC14E0D6D711D9B3"/>
                </w:placeholder>
                <w:showingPlcHdr/>
                <w:text w:multiLine="1"/>
              </w:sdtPr>
              <w:sdtEndPr/>
              <w:sdtContent>
                <w:r w:rsidR="00F34F45">
                  <w:rPr>
                    <w:color w:val="666666"/>
                  </w:rPr>
                  <w:t>Klikk</w:t>
                </w:r>
                <w:r w:rsidR="00880563" w:rsidRPr="00880563">
                  <w:rPr>
                    <w:color w:val="666666"/>
                  </w:rPr>
                  <w:t xml:space="preserve"> her for å skrive inn aktuelle arbeidsoppgåver eller tilrettelegging</w:t>
                </w:r>
              </w:sdtContent>
            </w:sdt>
          </w:p>
        </w:tc>
      </w:tr>
    </w:tbl>
    <w:p w14:paraId="0EBD5C5A" w14:textId="77777777" w:rsidR="005707AF" w:rsidRPr="00300378" w:rsidRDefault="00DB730B">
      <w:pPr>
        <w:spacing w:after="80" w:line="252" w:lineRule="auto"/>
        <w:rPr>
          <w:sz w:val="18"/>
          <w:szCs w:val="18"/>
        </w:rPr>
      </w:pPr>
      <w:r w:rsidRPr="00300378">
        <w:rPr>
          <w:i/>
          <w:color w:val="56616A"/>
          <w:sz w:val="18"/>
          <w:szCs w:val="18"/>
        </w:rPr>
        <w:t xml:space="preserve">Du </w:t>
      </w:r>
      <w:proofErr w:type="spellStart"/>
      <w:r w:rsidRPr="00300378">
        <w:rPr>
          <w:i/>
          <w:color w:val="56616A"/>
          <w:sz w:val="18"/>
          <w:szCs w:val="18"/>
        </w:rPr>
        <w:t>skal</w:t>
      </w:r>
      <w:proofErr w:type="spellEnd"/>
      <w:r w:rsidRPr="00300378">
        <w:rPr>
          <w:i/>
          <w:color w:val="56616A"/>
          <w:sz w:val="18"/>
          <w:szCs w:val="18"/>
        </w:rPr>
        <w:t xml:space="preserve"> </w:t>
      </w:r>
      <w:proofErr w:type="spellStart"/>
      <w:r w:rsidRPr="00300378">
        <w:rPr>
          <w:i/>
          <w:color w:val="56616A"/>
          <w:sz w:val="18"/>
          <w:szCs w:val="18"/>
        </w:rPr>
        <w:t>ikkje</w:t>
      </w:r>
      <w:proofErr w:type="spellEnd"/>
      <w:r w:rsidRPr="00300378">
        <w:rPr>
          <w:i/>
          <w:color w:val="56616A"/>
          <w:sz w:val="18"/>
          <w:szCs w:val="18"/>
        </w:rPr>
        <w:t xml:space="preserve"> </w:t>
      </w:r>
      <w:proofErr w:type="spellStart"/>
      <w:r w:rsidRPr="00300378">
        <w:rPr>
          <w:i/>
          <w:color w:val="56616A"/>
          <w:sz w:val="18"/>
          <w:szCs w:val="18"/>
        </w:rPr>
        <w:t>opplyse</w:t>
      </w:r>
      <w:proofErr w:type="spellEnd"/>
      <w:r w:rsidRPr="00300378">
        <w:rPr>
          <w:i/>
          <w:color w:val="56616A"/>
          <w:sz w:val="18"/>
          <w:szCs w:val="18"/>
        </w:rPr>
        <w:t xml:space="preserve"> om diagnose </w:t>
      </w:r>
      <w:proofErr w:type="spellStart"/>
      <w:r w:rsidRPr="00300378">
        <w:rPr>
          <w:i/>
          <w:color w:val="56616A"/>
          <w:sz w:val="18"/>
          <w:szCs w:val="18"/>
        </w:rPr>
        <w:t>eller</w:t>
      </w:r>
      <w:proofErr w:type="spellEnd"/>
      <w:r w:rsidRPr="00300378">
        <w:rPr>
          <w:i/>
          <w:color w:val="56616A"/>
          <w:sz w:val="18"/>
          <w:szCs w:val="18"/>
        </w:rPr>
        <w:t xml:space="preserve"> </w:t>
      </w:r>
      <w:proofErr w:type="spellStart"/>
      <w:r w:rsidRPr="00300378">
        <w:rPr>
          <w:i/>
          <w:color w:val="56616A"/>
          <w:sz w:val="18"/>
          <w:szCs w:val="18"/>
        </w:rPr>
        <w:t>andre</w:t>
      </w:r>
      <w:proofErr w:type="spellEnd"/>
      <w:r w:rsidRPr="00300378">
        <w:rPr>
          <w:i/>
          <w:color w:val="56616A"/>
          <w:sz w:val="18"/>
          <w:szCs w:val="18"/>
        </w:rPr>
        <w:t xml:space="preserve"> </w:t>
      </w:r>
      <w:proofErr w:type="spellStart"/>
      <w:r w:rsidRPr="00300378">
        <w:rPr>
          <w:i/>
          <w:color w:val="56616A"/>
          <w:sz w:val="18"/>
          <w:szCs w:val="18"/>
        </w:rPr>
        <w:t>medisinske</w:t>
      </w:r>
      <w:proofErr w:type="spellEnd"/>
      <w:r w:rsidRPr="00300378">
        <w:rPr>
          <w:i/>
          <w:color w:val="56616A"/>
          <w:sz w:val="18"/>
          <w:szCs w:val="18"/>
        </w:rPr>
        <w:t xml:space="preserve"> </w:t>
      </w:r>
      <w:proofErr w:type="spellStart"/>
      <w:r w:rsidRPr="00300378">
        <w:rPr>
          <w:i/>
          <w:color w:val="56616A"/>
          <w:sz w:val="18"/>
          <w:szCs w:val="18"/>
        </w:rPr>
        <w:t>detaljar</w:t>
      </w:r>
      <w:proofErr w:type="spellEnd"/>
      <w:r w:rsidRPr="00300378">
        <w:rPr>
          <w:i/>
          <w:color w:val="56616A"/>
          <w:sz w:val="18"/>
          <w:szCs w:val="18"/>
        </w:rPr>
        <w:t xml:space="preserve"> </w:t>
      </w:r>
      <w:proofErr w:type="spellStart"/>
      <w:r w:rsidRPr="00300378">
        <w:rPr>
          <w:i/>
          <w:color w:val="56616A"/>
          <w:sz w:val="18"/>
          <w:szCs w:val="18"/>
        </w:rPr>
        <w:t>i</w:t>
      </w:r>
      <w:proofErr w:type="spellEnd"/>
      <w:r w:rsidRPr="00300378">
        <w:rPr>
          <w:i/>
          <w:color w:val="56616A"/>
          <w:sz w:val="18"/>
          <w:szCs w:val="18"/>
        </w:rPr>
        <w:t xml:space="preserve"> </w:t>
      </w:r>
      <w:proofErr w:type="spellStart"/>
      <w:r w:rsidRPr="00300378">
        <w:rPr>
          <w:i/>
          <w:color w:val="56616A"/>
          <w:sz w:val="18"/>
          <w:szCs w:val="18"/>
        </w:rPr>
        <w:t>dette</w:t>
      </w:r>
      <w:proofErr w:type="spellEnd"/>
      <w:r w:rsidRPr="00300378">
        <w:rPr>
          <w:i/>
          <w:color w:val="56616A"/>
          <w:sz w:val="18"/>
          <w:szCs w:val="18"/>
        </w:rPr>
        <w:t xml:space="preserve"> </w:t>
      </w:r>
      <w:proofErr w:type="spellStart"/>
      <w:r w:rsidRPr="00300378">
        <w:rPr>
          <w:i/>
          <w:color w:val="56616A"/>
          <w:sz w:val="18"/>
          <w:szCs w:val="18"/>
        </w:rPr>
        <w:t>skjemaet</w:t>
      </w:r>
      <w:proofErr w:type="spellEnd"/>
      <w:r w:rsidRPr="00300378">
        <w:rPr>
          <w:i/>
          <w:color w:val="56616A"/>
          <w:sz w:val="18"/>
          <w:szCs w:val="18"/>
        </w:rPr>
        <w:t>.</w:t>
      </w:r>
    </w:p>
    <w:tbl>
      <w:tblPr>
        <w:tblW w:w="0" w:type="auto"/>
        <w:jc w:val="center"/>
        <w:tblLook w:val="04A0" w:firstRow="1" w:lastRow="0" w:firstColumn="1" w:lastColumn="0" w:noHBand="0" w:noVBand="1"/>
      </w:tblPr>
      <w:tblGrid>
        <w:gridCol w:w="10206"/>
      </w:tblGrid>
      <w:tr w:rsidR="005707AF" w:rsidRPr="005C5271" w14:paraId="59A39D6A" w14:textId="77777777">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244A64"/>
            <w:tcMar>
              <w:top w:w="80" w:type="dxa"/>
              <w:left w:w="120" w:type="dxa"/>
              <w:bottom w:w="80" w:type="dxa"/>
              <w:right w:w="120" w:type="dxa"/>
            </w:tcMar>
          </w:tcPr>
          <w:p w14:paraId="118C97AE" w14:textId="77777777" w:rsidR="005707AF" w:rsidRPr="005C5271" w:rsidRDefault="00DB730B">
            <w:pPr>
              <w:spacing w:after="0" w:line="240" w:lineRule="auto"/>
              <w:rPr>
                <w:sz w:val="20"/>
                <w:szCs w:val="20"/>
              </w:rPr>
            </w:pPr>
            <w:r w:rsidRPr="005C5271">
              <w:rPr>
                <w:b/>
                <w:color w:val="FFFFFF"/>
                <w:sz w:val="20"/>
                <w:szCs w:val="20"/>
              </w:rPr>
              <w:t>4. DERSOM FRÅVÆRET GJELD BARN ELLER BARNEPASSAR</w:t>
            </w:r>
          </w:p>
        </w:tc>
      </w:tr>
    </w:tbl>
    <w:p w14:paraId="74DAD5FA" w14:textId="77777777" w:rsidR="005707AF" w:rsidRPr="005C5271" w:rsidRDefault="005707AF">
      <w:pPr>
        <w:spacing w:after="40" w:line="240" w:lineRule="auto"/>
        <w:rPr>
          <w:sz w:val="20"/>
          <w:szCs w:val="20"/>
        </w:rPr>
      </w:pPr>
    </w:p>
    <w:tbl>
      <w:tblPr>
        <w:tblW w:w="0" w:type="auto"/>
        <w:jc w:val="center"/>
        <w:tblLook w:val="04A0" w:firstRow="1" w:lastRow="0" w:firstColumn="1" w:lastColumn="0" w:noHBand="0" w:noVBand="1"/>
      </w:tblPr>
      <w:tblGrid>
        <w:gridCol w:w="5953"/>
        <w:gridCol w:w="4252"/>
      </w:tblGrid>
      <w:tr w:rsidR="005707AF" w:rsidRPr="002A32F6" w14:paraId="39292B5A" w14:textId="77777777" w:rsidTr="00522791">
        <w:trPr>
          <w:jc w:val="center"/>
        </w:trPr>
        <w:tc>
          <w:tcPr>
            <w:tcW w:w="5953"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A4FDC4C" w14:textId="5392E4A6" w:rsidR="005707AF" w:rsidRPr="00880563" w:rsidRDefault="00DB730B">
            <w:pPr>
              <w:spacing w:after="0" w:line="240" w:lineRule="auto"/>
              <w:rPr>
                <w:sz w:val="20"/>
                <w:szCs w:val="20"/>
                <w:lang w:val="nn-NO"/>
              </w:rPr>
            </w:pPr>
            <w:r w:rsidRPr="00880563">
              <w:rPr>
                <w:b/>
                <w:color w:val="5B6570"/>
                <w:sz w:val="20"/>
                <w:szCs w:val="20"/>
                <w:lang w:val="nn-NO"/>
              </w:rPr>
              <w:t>Barnet sitt namn</w:t>
            </w:r>
            <w:r w:rsidRPr="00880563">
              <w:rPr>
                <w:sz w:val="20"/>
                <w:szCs w:val="20"/>
                <w:lang w:val="nn-NO"/>
              </w:rPr>
              <w:br/>
            </w:r>
            <w:sdt>
              <w:sdtPr>
                <w:rPr>
                  <w:sz w:val="20"/>
                  <w:szCs w:val="20"/>
                </w:rPr>
                <w:alias w:val="Barnet sitt namn"/>
                <w:tag w:val="Barnet sitt namn"/>
                <w:id w:val="-353803837"/>
                <w:lock w:val="sdtLocked"/>
                <w:placeholder>
                  <w:docPart w:val="A0F5BBE4E8EC47909382403E495BA38A"/>
                </w:placeholder>
                <w:showingPlcHdr/>
                <w:text/>
              </w:sdtPr>
              <w:sdtEndPr/>
              <w:sdtContent>
                <w:r w:rsidR="00F34F45">
                  <w:rPr>
                    <w:color w:val="666666"/>
                    <w:sz w:val="20"/>
                    <w:szCs w:val="20"/>
                    <w:lang w:val="nn-NO"/>
                  </w:rPr>
                  <w:t>Klikk</w:t>
                </w:r>
                <w:r w:rsidR="00880563" w:rsidRPr="005C5271">
                  <w:rPr>
                    <w:color w:val="666666"/>
                    <w:sz w:val="20"/>
                    <w:szCs w:val="20"/>
                    <w:lang w:val="nn-NO"/>
                  </w:rPr>
                  <w:t xml:space="preserve"> her for å skrive inn namn</w:t>
                </w:r>
                <w:r w:rsidR="00880563">
                  <w:rPr>
                    <w:color w:val="666666"/>
                    <w:sz w:val="20"/>
                    <w:szCs w:val="20"/>
                    <w:lang w:val="nn-NO"/>
                  </w:rPr>
                  <w:t xml:space="preserve"> på barnet</w:t>
                </w:r>
                <w:r w:rsidR="00880563" w:rsidRPr="005C5271">
                  <w:rPr>
                    <w:color w:val="666666"/>
                    <w:sz w:val="20"/>
                    <w:szCs w:val="20"/>
                    <w:lang w:val="nn-NO"/>
                  </w:rPr>
                  <w:t>.</w:t>
                </w:r>
              </w:sdtContent>
            </w:sdt>
          </w:p>
        </w:tc>
        <w:tc>
          <w:tcPr>
            <w:tcW w:w="425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34C3087B" w14:textId="70165E2D" w:rsidR="005707AF" w:rsidRPr="00F34F45" w:rsidRDefault="00DB730B">
            <w:pPr>
              <w:spacing w:after="0" w:line="240" w:lineRule="auto"/>
              <w:rPr>
                <w:sz w:val="20"/>
                <w:szCs w:val="20"/>
                <w:lang w:val="nb-NO"/>
              </w:rPr>
            </w:pPr>
            <w:r w:rsidRPr="00F34F45">
              <w:rPr>
                <w:b/>
                <w:color w:val="5B6570"/>
                <w:sz w:val="20"/>
                <w:szCs w:val="20"/>
                <w:lang w:val="nb-NO"/>
              </w:rPr>
              <w:t>Fødselsdato</w:t>
            </w:r>
            <w:r w:rsidR="00880563" w:rsidRPr="005C5271">
              <w:rPr>
                <w:sz w:val="20"/>
                <w:szCs w:val="20"/>
                <w:lang w:val="nb-NO"/>
              </w:rPr>
              <w:t xml:space="preserve"> </w:t>
            </w:r>
            <w:r w:rsidR="00880563" w:rsidRPr="005C5271">
              <w:rPr>
                <w:sz w:val="20"/>
                <w:szCs w:val="20"/>
                <w:lang w:val="nb-NO"/>
              </w:rPr>
              <w:br/>
            </w:r>
            <w:sdt>
              <w:sdtPr>
                <w:rPr>
                  <w:sz w:val="20"/>
                  <w:szCs w:val="20"/>
                  <w:lang w:val="nb-NO"/>
                </w:rPr>
                <w:alias w:val="Barnet sin fødselsdato"/>
                <w:tag w:val="Barnet sin fødselsdato"/>
                <w:id w:val="788628284"/>
                <w:lock w:val="sdtLocked"/>
                <w:placeholder>
                  <w:docPart w:val="05B497DE140A4F7C85314473D59757E2"/>
                </w:placeholder>
                <w:showingPlcHdr/>
                <w:text/>
              </w:sdtPr>
              <w:sdtEndPr/>
              <w:sdtContent>
                <w:r w:rsidR="00F34F45" w:rsidRPr="00F34F45">
                  <w:rPr>
                    <w:color w:val="666666"/>
                    <w:sz w:val="20"/>
                    <w:szCs w:val="20"/>
                    <w:lang w:val="nb-NO"/>
                  </w:rPr>
                  <w:t>Klikk</w:t>
                </w:r>
                <w:r w:rsidR="00880563" w:rsidRPr="00F34F45">
                  <w:rPr>
                    <w:color w:val="666666"/>
                    <w:sz w:val="20"/>
                    <w:szCs w:val="20"/>
                    <w:lang w:val="nb-NO"/>
                  </w:rPr>
                  <w:t xml:space="preserve"> her og skriv fødselsdato.</w:t>
                </w:r>
              </w:sdtContent>
            </w:sdt>
          </w:p>
        </w:tc>
      </w:tr>
      <w:tr w:rsidR="005707AF" w:rsidRPr="00522791" w14:paraId="38FE09A1"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7B70FF46" w14:textId="0AA7ECD2" w:rsidR="005707AF" w:rsidRPr="00522791" w:rsidRDefault="00B22B9A" w:rsidP="00522791">
            <w:pPr>
              <w:spacing w:after="0" w:line="240" w:lineRule="auto"/>
              <w:ind w:left="462" w:hanging="425"/>
              <w:rPr>
                <w:sz w:val="20"/>
                <w:szCs w:val="20"/>
                <w:lang w:val="nn-NO"/>
              </w:rPr>
            </w:pPr>
            <w:sdt>
              <w:sdtPr>
                <w:rPr>
                  <w:sz w:val="20"/>
                  <w:szCs w:val="20"/>
                  <w:lang w:val="nn-NO"/>
                </w:rPr>
                <w:alias w:val="Tre eller fleire barn"/>
                <w:tag w:val="Tre eller fleire barn"/>
                <w:id w:val="838728393"/>
                <w:lock w:val="sdtLocked"/>
                <w14:checkbox>
                  <w14:checked w14:val="0"/>
                  <w14:checkedState w14:val="2612" w14:font="MS Gothic"/>
                  <w14:uncheckedState w14:val="2610" w14:font="MS Gothic"/>
                </w14:checkbox>
              </w:sdtPr>
              <w:sdtEndPr/>
              <w:sdtContent>
                <w:r w:rsidR="00522791" w:rsidRPr="00522791">
                  <w:rPr>
                    <w:rFonts w:hint="eastAsia"/>
                    <w:sz w:val="20"/>
                    <w:szCs w:val="20"/>
                    <w:lang w:val="nn-NO"/>
                  </w:rPr>
                  <w:t>☐</w:t>
                </w:r>
              </w:sdtContent>
            </w:sdt>
            <w:r w:rsidR="00522791" w:rsidRPr="00522791">
              <w:rPr>
                <w:sz w:val="20"/>
                <w:szCs w:val="20"/>
                <w:lang w:val="nn-NO"/>
              </w:rPr>
              <w:tab/>
              <w:t>Eg har tre eller fleire barn som gir rett til omsorgsdagar.</w:t>
            </w:r>
          </w:p>
        </w:tc>
      </w:tr>
      <w:tr w:rsidR="005707AF" w:rsidRPr="00522791" w14:paraId="77E0C9A2"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4C4403B" w14:textId="0B27AC41" w:rsidR="005707AF" w:rsidRPr="00522791" w:rsidRDefault="00B22B9A" w:rsidP="00522791">
            <w:pPr>
              <w:spacing w:after="0" w:line="240" w:lineRule="auto"/>
              <w:ind w:left="462" w:hanging="425"/>
              <w:rPr>
                <w:sz w:val="20"/>
                <w:szCs w:val="20"/>
                <w:lang w:val="nn-NO"/>
              </w:rPr>
            </w:pPr>
            <w:sdt>
              <w:sdtPr>
                <w:rPr>
                  <w:sz w:val="20"/>
                  <w:szCs w:val="20"/>
                  <w:lang w:val="nn-NO"/>
                </w:rPr>
                <w:alias w:val="Vedtak om ekstra omsorgsdagar"/>
                <w:tag w:val="Vedtak om ekstra omsorgsdagar"/>
                <w:id w:val="-1644968513"/>
                <w:lock w:val="sdtLocked"/>
                <w14:checkbox>
                  <w14:checked w14:val="0"/>
                  <w14:checkedState w14:val="2612" w14:font="MS Gothic"/>
                  <w14:uncheckedState w14:val="2610" w14:font="MS Gothic"/>
                </w14:checkbox>
              </w:sdtPr>
              <w:sdtEndPr/>
              <w:sdtContent>
                <w:r w:rsidR="00522791">
                  <w:rPr>
                    <w:rFonts w:ascii="MS Gothic" w:eastAsia="MS Gothic" w:hAnsi="MS Gothic" w:hint="eastAsia"/>
                    <w:sz w:val="20"/>
                    <w:szCs w:val="20"/>
                    <w:lang w:val="nn-NO"/>
                  </w:rPr>
                  <w:t>☐</w:t>
                </w:r>
              </w:sdtContent>
            </w:sdt>
            <w:r w:rsidR="00522791" w:rsidRPr="00522791">
              <w:rPr>
                <w:sz w:val="20"/>
                <w:szCs w:val="20"/>
                <w:lang w:val="nn-NO"/>
              </w:rPr>
              <w:tab/>
              <w:t>Eg har vedtak frå NAV om ekstra omsorgsdagar (t.d. åleineomsorg eller langvarig/kronisk sjukdom/funksjonshemming).</w:t>
            </w:r>
          </w:p>
        </w:tc>
      </w:tr>
      <w:tr w:rsidR="005707AF" w:rsidRPr="00522791" w14:paraId="094BDAC1"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5A44085" w14:textId="15779483" w:rsidR="005707AF" w:rsidRPr="00522791" w:rsidRDefault="00B22B9A" w:rsidP="00522791">
            <w:pPr>
              <w:spacing w:after="0" w:line="240" w:lineRule="auto"/>
              <w:ind w:left="462" w:hanging="425"/>
              <w:rPr>
                <w:sz w:val="20"/>
                <w:szCs w:val="20"/>
                <w:lang w:val="nn-NO"/>
              </w:rPr>
            </w:pPr>
            <w:sdt>
              <w:sdtPr>
                <w:rPr>
                  <w:sz w:val="20"/>
                  <w:szCs w:val="20"/>
                  <w:lang w:val="nn-NO"/>
                </w:rPr>
                <w:alias w:val="Delte eller overførte omsorgsdagar"/>
                <w:tag w:val="Delte eller overførte omsorgsdagar"/>
                <w:id w:val="1576857144"/>
                <w:lock w:val="sdtLocked"/>
                <w14:checkbox>
                  <w14:checked w14:val="0"/>
                  <w14:checkedState w14:val="2612" w14:font="MS Gothic"/>
                  <w14:uncheckedState w14:val="2610" w14:font="MS Gothic"/>
                </w14:checkbox>
              </w:sdtPr>
              <w:sdtEndPr/>
              <w:sdtContent>
                <w:r w:rsidR="00522791">
                  <w:rPr>
                    <w:rFonts w:ascii="MS Gothic" w:eastAsia="MS Gothic" w:hAnsi="MS Gothic" w:hint="eastAsia"/>
                    <w:sz w:val="20"/>
                    <w:szCs w:val="20"/>
                    <w:lang w:val="nn-NO"/>
                  </w:rPr>
                  <w:t>☐</w:t>
                </w:r>
              </w:sdtContent>
            </w:sdt>
            <w:r w:rsidR="00522791">
              <w:rPr>
                <w:sz w:val="20"/>
                <w:szCs w:val="20"/>
                <w:lang w:val="nn-NO"/>
              </w:rPr>
              <w:tab/>
            </w:r>
            <w:r w:rsidR="00522791" w:rsidRPr="005C5271">
              <w:rPr>
                <w:sz w:val="20"/>
                <w:szCs w:val="20"/>
                <w:lang w:val="nn-NO"/>
              </w:rPr>
              <w:t xml:space="preserve">Eg nyttar omsorgsdagar som er delte/overførte til meg etter gjeldande reglar. </w:t>
            </w:r>
            <w:r w:rsidR="00522791" w:rsidRPr="00522791">
              <w:rPr>
                <w:sz w:val="20"/>
                <w:szCs w:val="20"/>
                <w:lang w:val="nn-NO"/>
              </w:rPr>
              <w:t>Dokumentasjon er levert arbeidsgjevar ved behov.</w:t>
            </w:r>
          </w:p>
        </w:tc>
      </w:tr>
    </w:tbl>
    <w:p w14:paraId="3E13C693" w14:textId="77777777" w:rsidR="005707AF" w:rsidRPr="00522791" w:rsidRDefault="005707AF">
      <w:pPr>
        <w:spacing w:after="20"/>
        <w:rPr>
          <w:sz w:val="20"/>
          <w:szCs w:val="20"/>
          <w:lang w:val="nn-NO"/>
        </w:rPr>
      </w:pPr>
    </w:p>
    <w:tbl>
      <w:tblPr>
        <w:tblW w:w="0" w:type="auto"/>
        <w:jc w:val="center"/>
        <w:tblLook w:val="04A0" w:firstRow="1" w:lastRow="0" w:firstColumn="1" w:lastColumn="0" w:noHBand="0" w:noVBand="1"/>
      </w:tblPr>
      <w:tblGrid>
        <w:gridCol w:w="10206"/>
      </w:tblGrid>
      <w:tr w:rsidR="005707AF" w:rsidRPr="005C5271" w14:paraId="355AC982" w14:textId="77777777">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244A64"/>
            <w:tcMar>
              <w:top w:w="80" w:type="dxa"/>
              <w:left w:w="120" w:type="dxa"/>
              <w:bottom w:w="80" w:type="dxa"/>
              <w:right w:w="120" w:type="dxa"/>
            </w:tcMar>
          </w:tcPr>
          <w:p w14:paraId="17B5D28A" w14:textId="77777777" w:rsidR="005707AF" w:rsidRPr="005C5271" w:rsidRDefault="00DB730B">
            <w:pPr>
              <w:spacing w:after="0" w:line="240" w:lineRule="auto"/>
              <w:rPr>
                <w:sz w:val="20"/>
                <w:szCs w:val="20"/>
              </w:rPr>
            </w:pPr>
            <w:r w:rsidRPr="005C5271">
              <w:rPr>
                <w:b/>
                <w:color w:val="FFFFFF"/>
                <w:sz w:val="20"/>
                <w:szCs w:val="20"/>
              </w:rPr>
              <w:t>5. STADFESTING FRÅ ARBEIDSTAKAR</w:t>
            </w:r>
          </w:p>
        </w:tc>
      </w:tr>
    </w:tbl>
    <w:p w14:paraId="76F13DBD" w14:textId="77777777" w:rsidR="005707AF" w:rsidRPr="005C5271" w:rsidRDefault="005707AF">
      <w:pPr>
        <w:spacing w:after="40" w:line="240" w:lineRule="auto"/>
        <w:rPr>
          <w:sz w:val="20"/>
          <w:szCs w:val="20"/>
        </w:rPr>
      </w:pPr>
    </w:p>
    <w:tbl>
      <w:tblPr>
        <w:tblW w:w="0" w:type="auto"/>
        <w:jc w:val="center"/>
        <w:tblLook w:val="04A0" w:firstRow="1" w:lastRow="0" w:firstColumn="1" w:lastColumn="0" w:noHBand="0" w:noVBand="1"/>
      </w:tblPr>
      <w:tblGrid>
        <w:gridCol w:w="5102"/>
        <w:gridCol w:w="5102"/>
      </w:tblGrid>
      <w:tr w:rsidR="005707AF" w:rsidRPr="002A32F6" w14:paraId="1C89768E"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1FDA80BC" w14:textId="77777777" w:rsidR="005707AF" w:rsidRPr="005C5271" w:rsidRDefault="00DB730B">
            <w:pPr>
              <w:spacing w:after="0" w:line="240" w:lineRule="auto"/>
              <w:rPr>
                <w:sz w:val="20"/>
                <w:szCs w:val="20"/>
                <w:lang w:val="nn-NO"/>
              </w:rPr>
            </w:pPr>
            <w:r w:rsidRPr="005C5271">
              <w:rPr>
                <w:sz w:val="20"/>
                <w:szCs w:val="20"/>
                <w:lang w:val="nn-NO"/>
              </w:rPr>
              <w:t>Eg stadfestar at opplysningane ovanfor er rette, og at fråværet er meldt i samsvar med gjeldande reglar og rutinar.</w:t>
            </w:r>
          </w:p>
        </w:tc>
      </w:tr>
      <w:tr w:rsidR="005707AF" w:rsidRPr="002A32F6" w14:paraId="5A80081B"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7835A02B" w14:textId="77777777" w:rsidR="00522791" w:rsidRPr="002A32F6" w:rsidRDefault="00DB730B">
            <w:pPr>
              <w:spacing w:after="0" w:line="240" w:lineRule="auto"/>
              <w:rPr>
                <w:b/>
                <w:color w:val="5B6570"/>
                <w:sz w:val="20"/>
                <w:szCs w:val="20"/>
                <w:lang w:val="nn-NO"/>
              </w:rPr>
            </w:pPr>
            <w:r w:rsidRPr="002A32F6">
              <w:rPr>
                <w:b/>
                <w:color w:val="5B6570"/>
                <w:sz w:val="20"/>
                <w:szCs w:val="20"/>
                <w:lang w:val="nn-NO"/>
              </w:rPr>
              <w:t>Stad / dato</w:t>
            </w:r>
          </w:p>
          <w:p w14:paraId="7A482AFE" w14:textId="53B558FB" w:rsidR="005707AF" w:rsidRPr="002A32F6" w:rsidRDefault="00B22B9A">
            <w:pPr>
              <w:spacing w:after="0" w:line="240" w:lineRule="auto"/>
              <w:rPr>
                <w:sz w:val="20"/>
                <w:szCs w:val="20"/>
                <w:lang w:val="nn-NO"/>
              </w:rPr>
            </w:pPr>
            <w:sdt>
              <w:sdtPr>
                <w:rPr>
                  <w:sz w:val="20"/>
                  <w:szCs w:val="20"/>
                </w:rPr>
                <w:alias w:val="Stad / Dato"/>
                <w:tag w:val="Stad / Dato"/>
                <w:id w:val="2023510685"/>
                <w:placeholder>
                  <w:docPart w:val="25E4CCF46DEB46139F2DFEB314B99F3F"/>
                </w:placeholder>
                <w:showingPlcHdr/>
                <w:text/>
              </w:sdtPr>
              <w:sdtEndPr/>
              <w:sdtContent>
                <w:r w:rsidR="00F34F45">
                  <w:rPr>
                    <w:color w:val="666666"/>
                  </w:rPr>
                  <w:t>Klikk</w:t>
                </w:r>
                <w:r w:rsidR="00522791" w:rsidRPr="00300378">
                  <w:rPr>
                    <w:color w:val="666666"/>
                  </w:rPr>
                  <w:t xml:space="preserve"> her for å skrive inn </w:t>
                </w:r>
                <w:r w:rsidR="00522791">
                  <w:rPr>
                    <w:color w:val="666666"/>
                  </w:rPr>
                  <w:t xml:space="preserve">stad og </w:t>
                </w:r>
                <w:r w:rsidR="00522791" w:rsidRPr="00300378">
                  <w:rPr>
                    <w:color w:val="666666"/>
                  </w:rPr>
                  <w:t>dato</w:t>
                </w:r>
                <w:r w:rsidR="00522791">
                  <w:rPr>
                    <w:color w:val="666666"/>
                  </w:rPr>
                  <w:t>.</w:t>
                </w:r>
              </w:sdtContent>
            </w:sdt>
          </w:p>
          <w:p w14:paraId="6095D949" w14:textId="62ABD3AD" w:rsidR="00F34F45" w:rsidRPr="002A32F6" w:rsidRDefault="00F34F45">
            <w:pPr>
              <w:spacing w:after="0" w:line="240" w:lineRule="auto"/>
              <w:rPr>
                <w:sz w:val="20"/>
                <w:szCs w:val="20"/>
                <w:lang w:val="nn-NO"/>
              </w:rPr>
            </w:pPr>
          </w:p>
        </w:tc>
        <w:tc>
          <w:tcPr>
            <w:tcW w:w="5102" w:type="dxa"/>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6FBDAC18" w14:textId="7A76A451" w:rsidR="005707AF" w:rsidRPr="00F34F45" w:rsidRDefault="00DB730B">
            <w:pPr>
              <w:spacing w:after="0" w:line="240" w:lineRule="auto"/>
              <w:rPr>
                <w:sz w:val="20"/>
                <w:szCs w:val="20"/>
                <w:lang w:val="nn-NO"/>
              </w:rPr>
            </w:pPr>
            <w:r w:rsidRPr="00F34F45">
              <w:rPr>
                <w:b/>
                <w:color w:val="5B6570"/>
                <w:sz w:val="20"/>
                <w:szCs w:val="20"/>
                <w:lang w:val="nn-NO"/>
              </w:rPr>
              <w:t>Arbeidstakar si underskrift</w:t>
            </w:r>
            <w:r w:rsidRPr="00F34F45">
              <w:rPr>
                <w:sz w:val="20"/>
                <w:szCs w:val="20"/>
                <w:lang w:val="nn-NO"/>
              </w:rPr>
              <w:br/>
            </w:r>
            <w:sdt>
              <w:sdtPr>
                <w:rPr>
                  <w:sz w:val="20"/>
                  <w:szCs w:val="20"/>
                </w:rPr>
                <w:alias w:val="Arbeidstakar si underskrift"/>
                <w:tag w:val="Arbeidstakar si underskrift"/>
                <w:id w:val="746621834"/>
                <w:lock w:val="sdtLocked"/>
                <w:placeholder>
                  <w:docPart w:val="3E6A45BC15DB447DBEC4B224D2A97806"/>
                </w:placeholder>
                <w:showingPlcHdr/>
                <w:text/>
              </w:sdtPr>
              <w:sdtEndPr/>
              <w:sdtContent>
                <w:r w:rsidR="00F34F45">
                  <w:rPr>
                    <w:color w:val="666666"/>
                    <w:lang w:val="nn-NO"/>
                  </w:rPr>
                  <w:t>Klikk</w:t>
                </w:r>
                <w:r w:rsidR="00F34F45" w:rsidRPr="00F34F45">
                  <w:rPr>
                    <w:color w:val="666666"/>
                    <w:lang w:val="nn-NO"/>
                  </w:rPr>
                  <w:t xml:space="preserve"> her for å skrive inn namn som elektronisk stadfesting</w:t>
                </w:r>
                <w:r w:rsidR="00F34F45">
                  <w:rPr>
                    <w:color w:val="666666"/>
                    <w:lang w:val="nn-NO"/>
                  </w:rPr>
                  <w:t>.</w:t>
                </w:r>
              </w:sdtContent>
            </w:sdt>
          </w:p>
        </w:tc>
      </w:tr>
      <w:tr w:rsidR="005707AF" w:rsidRPr="002A32F6" w14:paraId="02E27ADF"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5" w:type="dxa"/>
              <w:left w:w="100" w:type="dxa"/>
              <w:bottom w:w="85" w:type="dxa"/>
              <w:right w:w="100" w:type="dxa"/>
            </w:tcMar>
          </w:tcPr>
          <w:p w14:paraId="7CC3E984" w14:textId="7E644EBD" w:rsidR="005707AF" w:rsidRPr="00522791" w:rsidRDefault="00DB730B">
            <w:pPr>
              <w:spacing w:after="0" w:line="240" w:lineRule="auto"/>
              <w:rPr>
                <w:sz w:val="18"/>
                <w:szCs w:val="18"/>
                <w:lang w:val="nn-NO"/>
              </w:rPr>
            </w:pPr>
            <w:r w:rsidRPr="00522791">
              <w:rPr>
                <w:i/>
                <w:color w:val="58636D"/>
                <w:sz w:val="18"/>
                <w:szCs w:val="18"/>
                <w:lang w:val="nn-NO"/>
              </w:rPr>
              <w:t xml:space="preserve">Skjemaet inneheld personopplysningar og skal leverast og oppbevarast konfidensielt etter </w:t>
            </w:r>
            <w:r w:rsidR="00E25C1E" w:rsidRPr="00522791">
              <w:rPr>
                <w:i/>
                <w:color w:val="58636D"/>
                <w:sz w:val="18"/>
                <w:szCs w:val="18"/>
                <w:lang w:val="nn-NO"/>
              </w:rPr>
              <w:t>KVAM KYRKJELEGE FELLESRÅD</w:t>
            </w:r>
            <w:r w:rsidRPr="00522791">
              <w:rPr>
                <w:i/>
                <w:color w:val="58636D"/>
                <w:sz w:val="18"/>
                <w:szCs w:val="18"/>
                <w:lang w:val="nn-NO"/>
              </w:rPr>
              <w:t xml:space="preserve"> sine rutinar.</w:t>
            </w:r>
          </w:p>
        </w:tc>
      </w:tr>
    </w:tbl>
    <w:p w14:paraId="459071B0" w14:textId="77777777" w:rsidR="005707AF" w:rsidRPr="00E25C1E" w:rsidRDefault="00DB730B">
      <w:pPr>
        <w:rPr>
          <w:lang w:val="nn-NO"/>
        </w:rPr>
      </w:pPr>
      <w:r w:rsidRPr="00E25C1E">
        <w:rPr>
          <w:lang w:val="nn-NO"/>
        </w:rPr>
        <w:br w:type="page"/>
      </w:r>
    </w:p>
    <w:p w14:paraId="59F2DD45" w14:textId="77777777" w:rsidR="005707AF" w:rsidRPr="00522791" w:rsidRDefault="00DB730B">
      <w:pPr>
        <w:spacing w:before="20" w:after="120" w:line="240" w:lineRule="auto"/>
        <w:rPr>
          <w:sz w:val="18"/>
          <w:szCs w:val="20"/>
        </w:rPr>
      </w:pPr>
      <w:r w:rsidRPr="00522791">
        <w:rPr>
          <w:b/>
          <w:sz w:val="28"/>
          <w:szCs w:val="20"/>
        </w:rPr>
        <w:lastRenderedPageBreak/>
        <w:t>EIGENMELDING – ARBEIDSGJEVAR OG RETTLEIING</w:t>
      </w:r>
    </w:p>
    <w:tbl>
      <w:tblPr>
        <w:tblW w:w="0" w:type="auto"/>
        <w:jc w:val="center"/>
        <w:tblLook w:val="04A0" w:firstRow="1" w:lastRow="0" w:firstColumn="1" w:lastColumn="0" w:noHBand="0" w:noVBand="1"/>
      </w:tblPr>
      <w:tblGrid>
        <w:gridCol w:w="10206"/>
      </w:tblGrid>
      <w:tr w:rsidR="005707AF" w:rsidRPr="002A32F6" w14:paraId="3720E216" w14:textId="77777777">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244A64"/>
            <w:tcMar>
              <w:top w:w="80" w:type="dxa"/>
              <w:left w:w="120" w:type="dxa"/>
              <w:bottom w:w="80" w:type="dxa"/>
              <w:right w:w="120" w:type="dxa"/>
            </w:tcMar>
          </w:tcPr>
          <w:p w14:paraId="551F9195" w14:textId="77777777" w:rsidR="005707AF" w:rsidRPr="00E25C1E" w:rsidRDefault="00DB730B">
            <w:pPr>
              <w:spacing w:after="0" w:line="240" w:lineRule="auto"/>
              <w:rPr>
                <w:lang w:val="nn-NO"/>
              </w:rPr>
            </w:pPr>
            <w:r w:rsidRPr="00E25C1E">
              <w:rPr>
                <w:b/>
                <w:color w:val="FFFFFF"/>
                <w:lang w:val="nn-NO"/>
              </w:rPr>
              <w:t>6. FYLLAST UT AV LEIAR / ARBEIDSGJEVAR</w:t>
            </w:r>
          </w:p>
        </w:tc>
      </w:tr>
    </w:tbl>
    <w:p w14:paraId="038E417C" w14:textId="77777777" w:rsidR="005707AF" w:rsidRPr="00E25C1E" w:rsidRDefault="005707AF">
      <w:pPr>
        <w:spacing w:after="40" w:line="240" w:lineRule="auto"/>
        <w:rPr>
          <w:lang w:val="nn-NO"/>
        </w:rPr>
      </w:pPr>
    </w:p>
    <w:tbl>
      <w:tblPr>
        <w:tblW w:w="0" w:type="auto"/>
        <w:jc w:val="center"/>
        <w:tblLook w:val="04A0" w:firstRow="1" w:lastRow="0" w:firstColumn="1" w:lastColumn="0" w:noHBand="0" w:noVBand="1"/>
      </w:tblPr>
      <w:tblGrid>
        <w:gridCol w:w="5102"/>
        <w:gridCol w:w="5102"/>
      </w:tblGrid>
      <w:tr w:rsidR="005707AF" w14:paraId="6AF0C738"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372DD36" w14:textId="3BC9C69A" w:rsidR="005707AF" w:rsidRDefault="00DB730B">
            <w:pPr>
              <w:spacing w:after="0" w:line="240" w:lineRule="auto"/>
            </w:pPr>
            <w:r>
              <w:rPr>
                <w:b/>
                <w:color w:val="5B6570"/>
                <w:sz w:val="16"/>
              </w:rPr>
              <w:t xml:space="preserve">Melding om </w:t>
            </w:r>
            <w:proofErr w:type="spellStart"/>
            <w:r>
              <w:rPr>
                <w:b/>
                <w:color w:val="5B6570"/>
                <w:sz w:val="16"/>
              </w:rPr>
              <w:t>fråvær</w:t>
            </w:r>
            <w:proofErr w:type="spellEnd"/>
            <w:r>
              <w:rPr>
                <w:b/>
                <w:color w:val="5B6570"/>
                <w:sz w:val="16"/>
              </w:rPr>
              <w:t xml:space="preserve"> </w:t>
            </w:r>
            <w:proofErr w:type="spellStart"/>
            <w:r>
              <w:rPr>
                <w:b/>
                <w:color w:val="5B6570"/>
                <w:sz w:val="16"/>
              </w:rPr>
              <w:t>motteken</w:t>
            </w:r>
            <w:proofErr w:type="spellEnd"/>
            <w:r>
              <w:br/>
            </w:r>
          </w:p>
        </w:tc>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689D05B4" w14:textId="77777777" w:rsidR="005707AF" w:rsidRDefault="00DB730B">
            <w:pPr>
              <w:spacing w:after="0" w:line="240" w:lineRule="auto"/>
            </w:pPr>
            <w:proofErr w:type="spellStart"/>
            <w:r>
              <w:rPr>
                <w:b/>
                <w:color w:val="5B6570"/>
                <w:sz w:val="16"/>
              </w:rPr>
              <w:t>Eigenmelding</w:t>
            </w:r>
            <w:proofErr w:type="spellEnd"/>
            <w:r>
              <w:rPr>
                <w:b/>
                <w:color w:val="5B6570"/>
                <w:sz w:val="16"/>
              </w:rPr>
              <w:t xml:space="preserve"> </w:t>
            </w:r>
            <w:proofErr w:type="spellStart"/>
            <w:r>
              <w:rPr>
                <w:b/>
                <w:color w:val="5B6570"/>
                <w:sz w:val="16"/>
              </w:rPr>
              <w:t>motteken</w:t>
            </w:r>
            <w:proofErr w:type="spellEnd"/>
            <w:r>
              <w:br/>
              <w:t> </w:t>
            </w:r>
          </w:p>
        </w:tc>
      </w:tr>
      <w:tr w:rsidR="005707AF" w14:paraId="1208B751"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3217A0B6" w14:textId="77777777" w:rsidR="005707AF" w:rsidRDefault="00DB730B">
            <w:pPr>
              <w:spacing w:after="0" w:line="240" w:lineRule="auto"/>
            </w:pPr>
            <w:proofErr w:type="spellStart"/>
            <w:r>
              <w:rPr>
                <w:b/>
                <w:color w:val="5B6570"/>
                <w:sz w:val="16"/>
              </w:rPr>
              <w:t>Sjukmelding</w:t>
            </w:r>
            <w:proofErr w:type="spellEnd"/>
            <w:r>
              <w:rPr>
                <w:b/>
                <w:color w:val="5B6570"/>
                <w:sz w:val="16"/>
              </w:rPr>
              <w:t xml:space="preserve"> / </w:t>
            </w:r>
            <w:proofErr w:type="spellStart"/>
            <w:r>
              <w:rPr>
                <w:b/>
                <w:color w:val="5B6570"/>
                <w:sz w:val="16"/>
              </w:rPr>
              <w:t>legeerklæring</w:t>
            </w:r>
            <w:proofErr w:type="spellEnd"/>
            <w:r>
              <w:rPr>
                <w:b/>
                <w:color w:val="5B6570"/>
                <w:sz w:val="16"/>
              </w:rPr>
              <w:t xml:space="preserve"> </w:t>
            </w:r>
            <w:proofErr w:type="spellStart"/>
            <w:r>
              <w:rPr>
                <w:b/>
                <w:color w:val="5B6570"/>
                <w:sz w:val="16"/>
              </w:rPr>
              <w:t>motteken</w:t>
            </w:r>
            <w:proofErr w:type="spellEnd"/>
            <w:r>
              <w:rPr>
                <w:b/>
                <w:color w:val="5B6570"/>
                <w:sz w:val="16"/>
              </w:rPr>
              <w:t xml:space="preserve"> (</w:t>
            </w:r>
            <w:proofErr w:type="spellStart"/>
            <w:r>
              <w:rPr>
                <w:b/>
                <w:color w:val="5B6570"/>
                <w:sz w:val="16"/>
              </w:rPr>
              <w:t>dersom</w:t>
            </w:r>
            <w:proofErr w:type="spellEnd"/>
            <w:r>
              <w:rPr>
                <w:b/>
                <w:color w:val="5B6570"/>
                <w:sz w:val="16"/>
              </w:rPr>
              <w:t xml:space="preserve"> relevant)</w:t>
            </w:r>
            <w:r>
              <w:br/>
              <w:t> </w:t>
            </w:r>
          </w:p>
        </w:tc>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4F7D3936" w14:textId="77777777" w:rsidR="005707AF" w:rsidRDefault="00DB730B">
            <w:pPr>
              <w:spacing w:after="0" w:line="240" w:lineRule="auto"/>
            </w:pPr>
            <w:proofErr w:type="spellStart"/>
            <w:r>
              <w:rPr>
                <w:b/>
                <w:color w:val="5B6570"/>
                <w:sz w:val="16"/>
              </w:rPr>
              <w:t>Siste</w:t>
            </w:r>
            <w:proofErr w:type="spellEnd"/>
            <w:r>
              <w:rPr>
                <w:b/>
                <w:color w:val="5B6570"/>
                <w:sz w:val="16"/>
              </w:rPr>
              <w:t xml:space="preserve"> </w:t>
            </w:r>
            <w:proofErr w:type="spellStart"/>
            <w:r>
              <w:rPr>
                <w:b/>
                <w:color w:val="5B6570"/>
                <w:sz w:val="16"/>
              </w:rPr>
              <w:t>fråværsdag</w:t>
            </w:r>
            <w:proofErr w:type="spellEnd"/>
            <w:r>
              <w:rPr>
                <w:b/>
                <w:color w:val="5B6570"/>
                <w:sz w:val="16"/>
              </w:rPr>
              <w:t xml:space="preserve"> </w:t>
            </w:r>
            <w:proofErr w:type="spellStart"/>
            <w:r>
              <w:rPr>
                <w:b/>
                <w:color w:val="5B6570"/>
                <w:sz w:val="16"/>
              </w:rPr>
              <w:t>registrert</w:t>
            </w:r>
            <w:proofErr w:type="spellEnd"/>
            <w:r>
              <w:br/>
              <w:t> </w:t>
            </w:r>
          </w:p>
        </w:tc>
      </w:tr>
      <w:tr w:rsidR="005707AF" w14:paraId="47B1B123"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736D6B13" w14:textId="77777777" w:rsidR="005707AF" w:rsidRDefault="00DB730B">
            <w:pPr>
              <w:spacing w:after="0" w:line="240" w:lineRule="auto"/>
            </w:pPr>
            <w:r>
              <w:rPr>
                <w:sz w:val="18"/>
              </w:rPr>
              <w:t xml:space="preserve">☐ </w:t>
            </w:r>
            <w:proofErr w:type="spellStart"/>
            <w:r>
              <w:rPr>
                <w:sz w:val="18"/>
              </w:rPr>
              <w:t>Fråværet</w:t>
            </w:r>
            <w:proofErr w:type="spellEnd"/>
            <w:r>
              <w:rPr>
                <w:sz w:val="18"/>
              </w:rPr>
              <w:t xml:space="preserve"> er </w:t>
            </w:r>
            <w:proofErr w:type="spellStart"/>
            <w:r>
              <w:rPr>
                <w:sz w:val="18"/>
              </w:rPr>
              <w:t>registrert</w:t>
            </w:r>
            <w:proofErr w:type="spellEnd"/>
            <w:r>
              <w:rPr>
                <w:sz w:val="18"/>
              </w:rPr>
              <w:t xml:space="preserve"> </w:t>
            </w:r>
            <w:proofErr w:type="spellStart"/>
            <w:r>
              <w:rPr>
                <w:sz w:val="18"/>
              </w:rPr>
              <w:t>i</w:t>
            </w:r>
            <w:proofErr w:type="spellEnd"/>
            <w:r>
              <w:rPr>
                <w:sz w:val="18"/>
              </w:rPr>
              <w:t xml:space="preserve"> </w:t>
            </w:r>
            <w:proofErr w:type="spellStart"/>
            <w:r>
              <w:rPr>
                <w:sz w:val="18"/>
              </w:rPr>
              <w:t>løns</w:t>
            </w:r>
            <w:proofErr w:type="spellEnd"/>
            <w:r>
              <w:rPr>
                <w:sz w:val="18"/>
              </w:rPr>
              <w:t>-/</w:t>
            </w:r>
            <w:proofErr w:type="spellStart"/>
            <w:r>
              <w:rPr>
                <w:sz w:val="18"/>
              </w:rPr>
              <w:t>personalsystemet</w:t>
            </w:r>
            <w:proofErr w:type="spellEnd"/>
            <w:r>
              <w:rPr>
                <w:sz w:val="18"/>
              </w:rPr>
              <w:t>.</w:t>
            </w:r>
          </w:p>
        </w:tc>
      </w:tr>
      <w:tr w:rsidR="005707AF" w:rsidRPr="002A32F6" w14:paraId="28E050FC"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06E561A9" w14:textId="77777777" w:rsidR="005707AF" w:rsidRPr="00E25C1E" w:rsidRDefault="00DB730B">
            <w:pPr>
              <w:spacing w:after="0" w:line="240" w:lineRule="auto"/>
              <w:rPr>
                <w:lang w:val="nn-NO"/>
              </w:rPr>
            </w:pPr>
            <w:r w:rsidRPr="00E25C1E">
              <w:rPr>
                <w:sz w:val="18"/>
                <w:lang w:val="nn-NO"/>
              </w:rPr>
              <w:t>Oppfølging / tilrettelegging:   ☐ Ikkje aktuelt   ☐ Avtalt samtale   ☐ Anna oppfølging</w:t>
            </w:r>
          </w:p>
        </w:tc>
      </w:tr>
      <w:tr w:rsidR="005707AF" w14:paraId="6088DCD4" w14:textId="77777777">
        <w:trPr>
          <w:jc w:val="center"/>
        </w:trPr>
        <w:tc>
          <w:tcPr>
            <w:tcW w:w="10204" w:type="dxa"/>
            <w:gridSpan w:val="2"/>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408F9D0D" w14:textId="77777777" w:rsidR="005707AF" w:rsidRDefault="00DB730B">
            <w:pPr>
              <w:spacing w:after="0" w:line="240" w:lineRule="auto"/>
            </w:pPr>
            <w:r>
              <w:t xml:space="preserve">Administrative </w:t>
            </w:r>
            <w:proofErr w:type="spellStart"/>
            <w:r>
              <w:t>merknader</w:t>
            </w:r>
            <w:proofErr w:type="spellEnd"/>
            <w:r>
              <w:t xml:space="preserve"> (</w:t>
            </w:r>
            <w:proofErr w:type="spellStart"/>
            <w:r>
              <w:t>ikkje</w:t>
            </w:r>
            <w:proofErr w:type="spellEnd"/>
            <w:r>
              <w:t xml:space="preserve"> </w:t>
            </w:r>
            <w:proofErr w:type="spellStart"/>
            <w:r>
              <w:t>før</w:t>
            </w:r>
            <w:proofErr w:type="spellEnd"/>
            <w:r>
              <w:t xml:space="preserve"> inn diagnose </w:t>
            </w:r>
            <w:proofErr w:type="spellStart"/>
            <w:r>
              <w:t>eller</w:t>
            </w:r>
            <w:proofErr w:type="spellEnd"/>
            <w:r>
              <w:t xml:space="preserve"> </w:t>
            </w:r>
            <w:proofErr w:type="spellStart"/>
            <w:r>
              <w:t>unødvendige</w:t>
            </w:r>
            <w:proofErr w:type="spellEnd"/>
            <w:r>
              <w:t xml:space="preserve"> </w:t>
            </w:r>
            <w:proofErr w:type="spellStart"/>
            <w:r>
              <w:t>helseopplysningar</w:t>
            </w:r>
            <w:proofErr w:type="spellEnd"/>
            <w:r>
              <w:t>)</w:t>
            </w:r>
          </w:p>
        </w:tc>
      </w:tr>
      <w:tr w:rsidR="005707AF" w14:paraId="254C4B3C" w14:textId="77777777">
        <w:trPr>
          <w:jc w:val="center"/>
        </w:trPr>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7D8C9A70" w14:textId="77777777" w:rsidR="005707AF" w:rsidRDefault="00DB730B">
            <w:pPr>
              <w:spacing w:after="0" w:line="240" w:lineRule="auto"/>
            </w:pPr>
            <w:proofErr w:type="spellStart"/>
            <w:r>
              <w:rPr>
                <w:b/>
                <w:color w:val="5B6570"/>
                <w:sz w:val="16"/>
              </w:rPr>
              <w:t>Stad</w:t>
            </w:r>
            <w:proofErr w:type="spellEnd"/>
            <w:r>
              <w:rPr>
                <w:b/>
                <w:color w:val="5B6570"/>
                <w:sz w:val="16"/>
              </w:rPr>
              <w:t xml:space="preserve"> / </w:t>
            </w:r>
            <w:proofErr w:type="spellStart"/>
            <w:r>
              <w:rPr>
                <w:b/>
                <w:color w:val="5B6570"/>
                <w:sz w:val="16"/>
              </w:rPr>
              <w:t>dato</w:t>
            </w:r>
            <w:proofErr w:type="spellEnd"/>
            <w:r>
              <w:br/>
              <w:t> </w:t>
            </w:r>
          </w:p>
        </w:tc>
        <w:tc>
          <w:tcPr>
            <w:tcW w:w="5102" w:type="dxa"/>
            <w:tcBorders>
              <w:top w:val="single" w:sz="7" w:space="0" w:color="B8C0C7"/>
              <w:left w:val="single" w:sz="7" w:space="0" w:color="B8C0C7"/>
              <w:bottom w:val="single" w:sz="7" w:space="0" w:color="B8C0C7"/>
              <w:right w:val="single" w:sz="7" w:space="0" w:color="B8C0C7"/>
            </w:tcBorders>
            <w:tcMar>
              <w:top w:w="80" w:type="dxa"/>
              <w:left w:w="100" w:type="dxa"/>
              <w:bottom w:w="80" w:type="dxa"/>
              <w:right w:w="100" w:type="dxa"/>
            </w:tcMar>
          </w:tcPr>
          <w:p w14:paraId="160DAA55" w14:textId="77777777" w:rsidR="005707AF" w:rsidRDefault="00DB730B">
            <w:pPr>
              <w:spacing w:after="0" w:line="240" w:lineRule="auto"/>
            </w:pPr>
            <w:proofErr w:type="spellStart"/>
            <w:r>
              <w:rPr>
                <w:b/>
                <w:color w:val="5B6570"/>
                <w:sz w:val="16"/>
              </w:rPr>
              <w:t>Leiar</w:t>
            </w:r>
            <w:proofErr w:type="spellEnd"/>
            <w:r>
              <w:rPr>
                <w:b/>
                <w:color w:val="5B6570"/>
                <w:sz w:val="16"/>
              </w:rPr>
              <w:t xml:space="preserve"> </w:t>
            </w:r>
            <w:proofErr w:type="spellStart"/>
            <w:r>
              <w:rPr>
                <w:b/>
                <w:color w:val="5B6570"/>
                <w:sz w:val="16"/>
              </w:rPr>
              <w:t>si</w:t>
            </w:r>
            <w:proofErr w:type="spellEnd"/>
            <w:r>
              <w:rPr>
                <w:b/>
                <w:color w:val="5B6570"/>
                <w:sz w:val="16"/>
              </w:rPr>
              <w:t xml:space="preserve"> </w:t>
            </w:r>
            <w:proofErr w:type="spellStart"/>
            <w:r>
              <w:rPr>
                <w:b/>
                <w:color w:val="5B6570"/>
                <w:sz w:val="16"/>
              </w:rPr>
              <w:t>underskrift</w:t>
            </w:r>
            <w:proofErr w:type="spellEnd"/>
            <w:r>
              <w:br/>
              <w:t> </w:t>
            </w:r>
          </w:p>
        </w:tc>
      </w:tr>
    </w:tbl>
    <w:p w14:paraId="7AEEF3CA" w14:textId="77777777" w:rsidR="005707AF" w:rsidRDefault="005707AF">
      <w:pPr>
        <w:spacing w:after="60"/>
      </w:pPr>
    </w:p>
    <w:tbl>
      <w:tblPr>
        <w:tblW w:w="0" w:type="auto"/>
        <w:jc w:val="center"/>
        <w:tblLook w:val="04A0" w:firstRow="1" w:lastRow="0" w:firstColumn="1" w:lastColumn="0" w:noHBand="0" w:noVBand="1"/>
      </w:tblPr>
      <w:tblGrid>
        <w:gridCol w:w="10206"/>
      </w:tblGrid>
      <w:tr w:rsidR="005707AF" w14:paraId="23FA52C6" w14:textId="77777777">
        <w:trPr>
          <w:jc w:val="center"/>
        </w:trPr>
        <w:tc>
          <w:tcPr>
            <w:tcW w:w="10206" w:type="dxa"/>
            <w:tcBorders>
              <w:top w:val="single" w:sz="1" w:space="0" w:color="244A64"/>
              <w:left w:val="single" w:sz="1" w:space="0" w:color="244A64"/>
              <w:bottom w:val="single" w:sz="1" w:space="0" w:color="244A64"/>
              <w:right w:val="single" w:sz="1" w:space="0" w:color="244A64"/>
            </w:tcBorders>
            <w:shd w:val="clear" w:color="auto" w:fill="244A64"/>
            <w:tcMar>
              <w:top w:w="80" w:type="dxa"/>
              <w:left w:w="120" w:type="dxa"/>
              <w:bottom w:w="80" w:type="dxa"/>
              <w:right w:w="120" w:type="dxa"/>
            </w:tcMar>
          </w:tcPr>
          <w:p w14:paraId="3C0B9906" w14:textId="77777777" w:rsidR="005707AF" w:rsidRDefault="00DB730B">
            <w:pPr>
              <w:spacing w:after="0" w:line="240" w:lineRule="auto"/>
            </w:pPr>
            <w:r>
              <w:rPr>
                <w:b/>
                <w:color w:val="FFFFFF"/>
              </w:rPr>
              <w:t>KORT RETTLEIING</w:t>
            </w:r>
          </w:p>
        </w:tc>
      </w:tr>
    </w:tbl>
    <w:p w14:paraId="5546365E" w14:textId="77777777" w:rsidR="005707AF" w:rsidRDefault="005707AF">
      <w:pPr>
        <w:spacing w:after="40" w:line="240" w:lineRule="auto"/>
      </w:pPr>
    </w:p>
    <w:p w14:paraId="01A09615" w14:textId="14F0D7D9" w:rsidR="005707AF" w:rsidRPr="00E25C1E" w:rsidRDefault="00DB730B">
      <w:pPr>
        <w:spacing w:before="20" w:after="40" w:line="252" w:lineRule="auto"/>
        <w:rPr>
          <w:lang w:val="nn-NO"/>
        </w:rPr>
      </w:pPr>
      <w:r w:rsidRPr="00E25C1E">
        <w:rPr>
          <w:b/>
          <w:color w:val="244A64"/>
          <w:sz w:val="18"/>
          <w:lang w:val="nn-NO"/>
        </w:rPr>
        <w:t xml:space="preserve">Melding første fråværsdag: </w:t>
      </w:r>
      <w:r w:rsidRPr="00E25C1E">
        <w:rPr>
          <w:sz w:val="18"/>
          <w:lang w:val="nn-NO"/>
        </w:rPr>
        <w:t xml:space="preserve">Arbeidstakar skal melde frå om sjukefråvær til arbeidsgjevar så snart som mogleg etter </w:t>
      </w:r>
      <w:r w:rsidR="00E25C1E">
        <w:rPr>
          <w:sz w:val="18"/>
          <w:lang w:val="nn-NO"/>
        </w:rPr>
        <w:t>KVAM KYRKJELEGE FELLESRÅD</w:t>
      </w:r>
      <w:r w:rsidRPr="00E25C1E">
        <w:rPr>
          <w:sz w:val="18"/>
          <w:lang w:val="nn-NO"/>
        </w:rPr>
        <w:t xml:space="preserve"> sine rutinar. Arbeidsgjevar kan krevje skriftleg stadfesting av ei munnleg eigenmelding etter at arbeidstakar er tilbake i arbeid.</w:t>
      </w:r>
    </w:p>
    <w:p w14:paraId="08AA669E" w14:textId="5D1687ED" w:rsidR="005707AF" w:rsidRPr="00E25C1E" w:rsidRDefault="00DB730B">
      <w:pPr>
        <w:spacing w:before="20" w:after="40" w:line="252" w:lineRule="auto"/>
        <w:rPr>
          <w:lang w:val="nn-NO"/>
        </w:rPr>
      </w:pPr>
      <w:r w:rsidRPr="00E25C1E">
        <w:rPr>
          <w:b/>
          <w:color w:val="244A64"/>
          <w:sz w:val="18"/>
          <w:lang w:val="nn-NO"/>
        </w:rPr>
        <w:t xml:space="preserve">Eigen sjukdom: </w:t>
      </w:r>
      <w:r w:rsidRPr="00E25C1E">
        <w:rPr>
          <w:sz w:val="18"/>
          <w:lang w:val="nn-NO"/>
        </w:rPr>
        <w:t xml:space="preserve">Rett til å bruke eigenmelding krev som hovudregel at arbeidstakar har arbeidd hos arbeidsgjevaren i minst to månader. Minsteretten etter folketrygdlova er opptil tre kalenderdagar om gongen. Arbeidsgjevar kan ha vedteke utvida eigenmeldingsrett, og den til ei kvar tid gjeldande ordninga i </w:t>
      </w:r>
      <w:r w:rsidR="00E25C1E">
        <w:rPr>
          <w:sz w:val="18"/>
          <w:lang w:val="nn-NO"/>
        </w:rPr>
        <w:t>KVAM KYRKJELEGE FELLESRÅD</w:t>
      </w:r>
      <w:r w:rsidRPr="00E25C1E">
        <w:rPr>
          <w:sz w:val="18"/>
          <w:lang w:val="nn-NO"/>
        </w:rPr>
        <w:t xml:space="preserve"> må følgjast.</w:t>
      </w:r>
    </w:p>
    <w:p w14:paraId="0C2F7DB7" w14:textId="77777777" w:rsidR="005707AF" w:rsidRPr="00E25C1E" w:rsidRDefault="00DB730B">
      <w:pPr>
        <w:spacing w:before="20" w:after="40" w:line="252" w:lineRule="auto"/>
        <w:rPr>
          <w:lang w:val="nn-NO"/>
        </w:rPr>
      </w:pPr>
      <w:r w:rsidRPr="00E25C1E">
        <w:rPr>
          <w:b/>
          <w:color w:val="244A64"/>
          <w:sz w:val="18"/>
          <w:lang w:val="nn-NO"/>
        </w:rPr>
        <w:t xml:space="preserve">Sjukt barn / sjuk barnepassar: </w:t>
      </w:r>
      <w:r w:rsidRPr="00E25C1E">
        <w:rPr>
          <w:sz w:val="18"/>
          <w:lang w:val="nn-NO"/>
        </w:rPr>
        <w:t>Omsorgsdagar kjem i tillegg til eigenmelding ved eigen sjukdom. Dei første tre samanhengande fråværsdagane kan dokumenterast med eigenmelding. Frå den fjerde dagen kan arbeidsgjevar krevje legeerklæring. Som hovudregel gjeld omsorgsdagar ut kalenderåret barnet fyller 12 år; NAV-vedtak kan gi ekstra dagar og rettar fram til og med kalenderåret barnet fyller 18 år.</w:t>
      </w:r>
    </w:p>
    <w:p w14:paraId="14F68AF2" w14:textId="77777777" w:rsidR="005707AF" w:rsidRPr="00E25C1E" w:rsidRDefault="00DB730B">
      <w:pPr>
        <w:spacing w:before="20" w:after="40" w:line="252" w:lineRule="auto"/>
        <w:rPr>
          <w:lang w:val="nn-NO"/>
        </w:rPr>
      </w:pPr>
      <w:r w:rsidRPr="00E25C1E">
        <w:rPr>
          <w:b/>
          <w:color w:val="244A64"/>
          <w:sz w:val="18"/>
          <w:lang w:val="nn-NO"/>
        </w:rPr>
        <w:t xml:space="preserve">Tal omsorgsdagar: </w:t>
      </w:r>
      <w:r w:rsidRPr="00E25C1E">
        <w:rPr>
          <w:sz w:val="18"/>
          <w:lang w:val="nn-NO"/>
        </w:rPr>
        <w:t>Som hovudregel er retten 10 dagar per kalenderår ved 1–2 barn og 15 dagar ved 3 eller fleire barn. Ved åleineomsorg eller langvarig/kronisk sjukdom eller funksjonshemming kan NAV-vedtak gi ekstra dagar.</w:t>
      </w:r>
    </w:p>
    <w:p w14:paraId="513D1D3F" w14:textId="77777777" w:rsidR="005707AF" w:rsidRPr="00E25C1E" w:rsidRDefault="00DB730B">
      <w:pPr>
        <w:spacing w:before="20" w:after="40" w:line="252" w:lineRule="auto"/>
        <w:rPr>
          <w:lang w:val="nn-NO"/>
        </w:rPr>
      </w:pPr>
      <w:r w:rsidRPr="00E25C1E">
        <w:rPr>
          <w:b/>
          <w:color w:val="244A64"/>
          <w:sz w:val="18"/>
          <w:lang w:val="nn-NO"/>
        </w:rPr>
        <w:t xml:space="preserve">Personvern og oppfølging: </w:t>
      </w:r>
      <w:r w:rsidRPr="00E25C1E">
        <w:rPr>
          <w:sz w:val="18"/>
          <w:lang w:val="nn-NO"/>
        </w:rPr>
        <w:t>Arbeidsgjevar treng normalt ikkje diagnose. Opplysningar om mogleg arbeidsrelasjon og behov for tilrettelegging skal berre brukast til nødvendig oppfølging, HMS-arbeid og administrasjon av fråværet.</w:t>
      </w:r>
    </w:p>
    <w:tbl>
      <w:tblPr>
        <w:tblW w:w="0" w:type="auto"/>
        <w:jc w:val="center"/>
        <w:tblLook w:val="04A0" w:firstRow="1" w:lastRow="0" w:firstColumn="1" w:lastColumn="0" w:noHBand="0" w:noVBand="1"/>
      </w:tblPr>
      <w:tblGrid>
        <w:gridCol w:w="10206"/>
      </w:tblGrid>
      <w:tr w:rsidR="005707AF" w:rsidRPr="002A32F6" w14:paraId="4F529DB8" w14:textId="77777777">
        <w:trPr>
          <w:jc w:val="center"/>
        </w:trPr>
        <w:tc>
          <w:tcPr>
            <w:tcW w:w="10206" w:type="dxa"/>
            <w:tcBorders>
              <w:top w:val="single" w:sz="6" w:space="0" w:color="B9CDD8"/>
              <w:left w:val="single" w:sz="6" w:space="0" w:color="B9CDD8"/>
              <w:bottom w:val="single" w:sz="6" w:space="0" w:color="B9CDD8"/>
              <w:right w:val="single" w:sz="6" w:space="0" w:color="B9CDD8"/>
            </w:tcBorders>
            <w:shd w:val="clear" w:color="auto" w:fill="EAF1F5"/>
            <w:tcMar>
              <w:top w:w="100" w:type="dxa"/>
              <w:left w:w="120" w:type="dxa"/>
              <w:bottom w:w="100" w:type="dxa"/>
              <w:right w:w="120" w:type="dxa"/>
            </w:tcMar>
          </w:tcPr>
          <w:p w14:paraId="3097EC57" w14:textId="1C3901DC" w:rsidR="005707AF" w:rsidRPr="00E25C1E" w:rsidRDefault="00DB730B">
            <w:pPr>
              <w:spacing w:after="0" w:line="252" w:lineRule="auto"/>
              <w:rPr>
                <w:lang w:val="nn-NO"/>
              </w:rPr>
            </w:pPr>
            <w:r w:rsidRPr="00E25C1E">
              <w:rPr>
                <w:b/>
                <w:color w:val="244A64"/>
                <w:sz w:val="17"/>
                <w:lang w:val="nn-NO"/>
              </w:rPr>
              <w:t xml:space="preserve">Rettsleg grunnlag og oppdatering: </w:t>
            </w:r>
            <w:r w:rsidRPr="00E25C1E">
              <w:rPr>
                <w:color w:val="46525C"/>
                <w:sz w:val="17"/>
                <w:lang w:val="nn-NO"/>
              </w:rPr>
              <w:t xml:space="preserve">folketrygdlova §§ 8-23–8-27 og kapittel 9, arbeidsmiljølova § 12-9 og NAV sine reglar om eigenmelding og omsorgspengar. Rettleiinga er oppdatert per august 2026. Ved endringar i lovverk eller </w:t>
            </w:r>
            <w:r w:rsidR="00E25C1E">
              <w:rPr>
                <w:color w:val="46525C"/>
                <w:sz w:val="17"/>
                <w:lang w:val="nn-NO"/>
              </w:rPr>
              <w:t>KVAM KYRKJELEGE FELLESRÅD</w:t>
            </w:r>
            <w:r w:rsidRPr="00E25C1E">
              <w:rPr>
                <w:color w:val="46525C"/>
                <w:sz w:val="17"/>
                <w:lang w:val="nn-NO"/>
              </w:rPr>
              <w:t xml:space="preserve"> sine interne rutinar skal gjeldande reglar leggjast til grunn.</w:t>
            </w:r>
          </w:p>
        </w:tc>
      </w:tr>
    </w:tbl>
    <w:p w14:paraId="2F798D10" w14:textId="77777777" w:rsidR="008B6FE3" w:rsidRPr="00E25C1E" w:rsidRDefault="008B6FE3">
      <w:pPr>
        <w:rPr>
          <w:lang w:val="nn-NO"/>
        </w:rPr>
      </w:pPr>
    </w:p>
    <w:sectPr w:rsidR="008B6FE3" w:rsidRPr="00E25C1E" w:rsidSect="00E25C1E">
      <w:headerReference w:type="default" r:id="rId8"/>
      <w:footerReference w:type="default" r:id="rId9"/>
      <w:pgSz w:w="11906" w:h="16838"/>
      <w:pgMar w:top="737" w:right="850" w:bottom="737" w:left="85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4B847" w14:textId="77777777" w:rsidR="00B22B9A" w:rsidRDefault="00B22B9A">
      <w:pPr>
        <w:spacing w:after="0" w:line="240" w:lineRule="auto"/>
      </w:pPr>
      <w:r>
        <w:separator/>
      </w:r>
    </w:p>
  </w:endnote>
  <w:endnote w:type="continuationSeparator" w:id="0">
    <w:p w14:paraId="03157B14" w14:textId="77777777" w:rsidR="00B22B9A" w:rsidRDefault="00B22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2687" w14:textId="79FBDE49" w:rsidR="005707AF" w:rsidRPr="00E25C1E" w:rsidRDefault="00DB730B">
    <w:pPr>
      <w:pStyle w:val="Bunntekst"/>
      <w:jc w:val="center"/>
      <w:rPr>
        <w:lang w:val="nn-NO"/>
      </w:rPr>
    </w:pPr>
    <w:r w:rsidRPr="00E25C1E">
      <w:rPr>
        <w:color w:val="737D86"/>
        <w:sz w:val="16"/>
        <w:lang w:val="nn-NO"/>
      </w:rPr>
      <w:t>Kvam kyrkjelege fellesråd  •  Eigenmelding  •  Versjon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A4F1" w14:textId="77777777" w:rsidR="00B22B9A" w:rsidRDefault="00B22B9A">
      <w:pPr>
        <w:spacing w:after="0" w:line="240" w:lineRule="auto"/>
      </w:pPr>
      <w:r>
        <w:separator/>
      </w:r>
    </w:p>
  </w:footnote>
  <w:footnote w:type="continuationSeparator" w:id="0">
    <w:p w14:paraId="528261CE" w14:textId="77777777" w:rsidR="00B22B9A" w:rsidRDefault="00B22B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9777" w14:textId="67C7C293" w:rsidR="00E25C1E" w:rsidRDefault="00E25C1E">
    <w:pPr>
      <w:pStyle w:val="Topptekst"/>
    </w:pPr>
    <w:r>
      <w:rPr>
        <w:noProof/>
      </w:rPr>
      <w:drawing>
        <wp:inline distT="0" distB="0" distL="0" distR="0" wp14:anchorId="758060EF" wp14:editId="27BBDD30">
          <wp:extent cx="3131820" cy="523875"/>
          <wp:effectExtent l="0" t="0" r="0" b="0"/>
          <wp:docPr id="26153501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92590" name="Bilde 2142992590"/>
                  <pic:cNvPicPr/>
                </pic:nvPicPr>
                <pic:blipFill>
                  <a:blip r:embed="rId1"/>
                  <a:stretch>
                    <a:fillRect/>
                  </a:stretch>
                </pic:blipFill>
                <pic:spPr>
                  <a:xfrm>
                    <a:off x="0" y="0"/>
                    <a:ext cx="3229958" cy="5402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275144244">
    <w:abstractNumId w:val="8"/>
  </w:num>
  <w:num w:numId="2" w16cid:durableId="1304195931">
    <w:abstractNumId w:val="6"/>
  </w:num>
  <w:num w:numId="3" w16cid:durableId="189295229">
    <w:abstractNumId w:val="5"/>
  </w:num>
  <w:num w:numId="4" w16cid:durableId="1382902815">
    <w:abstractNumId w:val="4"/>
  </w:num>
  <w:num w:numId="5" w16cid:durableId="906962549">
    <w:abstractNumId w:val="7"/>
  </w:num>
  <w:num w:numId="6" w16cid:durableId="938295306">
    <w:abstractNumId w:val="3"/>
  </w:num>
  <w:num w:numId="7" w16cid:durableId="1748841420">
    <w:abstractNumId w:val="2"/>
  </w:num>
  <w:num w:numId="8" w16cid:durableId="1724912809">
    <w:abstractNumId w:val="1"/>
  </w:num>
  <w:num w:numId="9" w16cid:durableId="79300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dsOkOdLYs2/uvl2uqFYam0tNVmWb5TDsKBjqdIe2DIsf8agz1Me5Yyx+5Krqf/tjSrN83xkDOJbGNT95d6kEKQ==" w:salt="/inAmti5BzN+sup6ELgtG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0979"/>
    <w:rsid w:val="0020176C"/>
    <w:rsid w:val="0029639D"/>
    <w:rsid w:val="002A32F6"/>
    <w:rsid w:val="00300378"/>
    <w:rsid w:val="00326F90"/>
    <w:rsid w:val="003F52AF"/>
    <w:rsid w:val="00430332"/>
    <w:rsid w:val="00522791"/>
    <w:rsid w:val="005707AF"/>
    <w:rsid w:val="005C5271"/>
    <w:rsid w:val="005F1609"/>
    <w:rsid w:val="006548F3"/>
    <w:rsid w:val="00880563"/>
    <w:rsid w:val="008B6FE3"/>
    <w:rsid w:val="00920573"/>
    <w:rsid w:val="00AA1D8D"/>
    <w:rsid w:val="00B22B9A"/>
    <w:rsid w:val="00B47730"/>
    <w:rsid w:val="00CB0664"/>
    <w:rsid w:val="00DB730B"/>
    <w:rsid w:val="00E25C1E"/>
    <w:rsid w:val="00F12D60"/>
    <w:rsid w:val="00F34F4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10629B"/>
  <w14:defaultImageDpi w14:val="330"/>
  <w15:docId w15:val="{8D7510FE-6E98-4058-9E4F-5D2EC10A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1F2933"/>
      <w:sz w:val="19"/>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ssholdertekst">
    <w:name w:val="Placeholder Text"/>
    <w:basedOn w:val="Standardskriftforavsnitt"/>
    <w:uiPriority w:val="99"/>
    <w:semiHidden/>
    <w:rsid w:val="00E25C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C1DD7D38C94BBBAD0262344DEB40C8"/>
        <w:category>
          <w:name w:val="Generelt"/>
          <w:gallery w:val="placeholder"/>
        </w:category>
        <w:types>
          <w:type w:val="bbPlcHdr"/>
        </w:types>
        <w:behaviors>
          <w:behavior w:val="content"/>
        </w:behaviors>
        <w:guid w:val="{B4886503-E99D-4CB9-B519-949BBC63763F}"/>
      </w:docPartPr>
      <w:docPartBody>
        <w:p w:rsidR="005C1762" w:rsidRDefault="0030673C" w:rsidP="0030673C">
          <w:pPr>
            <w:pStyle w:val="CCC1DD7D38C94BBBAD0262344DEB40C819"/>
          </w:pPr>
          <w:r>
            <w:rPr>
              <w:color w:val="666666"/>
              <w:sz w:val="20"/>
              <w:szCs w:val="20"/>
              <w:lang w:val="nn-NO"/>
            </w:rPr>
            <w:t>Klikk</w:t>
          </w:r>
          <w:r w:rsidRPr="005C5271">
            <w:rPr>
              <w:color w:val="666666"/>
              <w:sz w:val="20"/>
              <w:szCs w:val="20"/>
              <w:lang w:val="nn-NO"/>
            </w:rPr>
            <w:t xml:space="preserve"> her for å skrive inn namn.</w:t>
          </w:r>
        </w:p>
      </w:docPartBody>
    </w:docPart>
    <w:docPart>
      <w:docPartPr>
        <w:name w:val="F03699C2B7324D678FFC92C28AFCB4FB"/>
        <w:category>
          <w:name w:val="Generelt"/>
          <w:gallery w:val="placeholder"/>
        </w:category>
        <w:types>
          <w:type w:val="bbPlcHdr"/>
        </w:types>
        <w:behaviors>
          <w:behavior w:val="content"/>
        </w:behaviors>
        <w:guid w:val="{9544269C-44C1-41AD-AEC7-4A2656F072FE}"/>
      </w:docPartPr>
      <w:docPartBody>
        <w:p w:rsidR="005C1762" w:rsidRDefault="0030673C" w:rsidP="0030673C">
          <w:pPr>
            <w:pStyle w:val="F03699C2B7324D678FFC92C28AFCB4FB17"/>
          </w:pPr>
          <w:r w:rsidRPr="00F34F45">
            <w:rPr>
              <w:color w:val="666666"/>
              <w:sz w:val="20"/>
              <w:szCs w:val="20"/>
              <w:lang w:val="nb-NO"/>
            </w:rPr>
            <w:t>Klikk her og skriv fødselsdato.</w:t>
          </w:r>
        </w:p>
      </w:docPartBody>
    </w:docPart>
    <w:docPart>
      <w:docPartPr>
        <w:name w:val="F3F5F1CEC91B44B0A54FCB084A4EA806"/>
        <w:category>
          <w:name w:val="Generelt"/>
          <w:gallery w:val="placeholder"/>
        </w:category>
        <w:types>
          <w:type w:val="bbPlcHdr"/>
        </w:types>
        <w:behaviors>
          <w:behavior w:val="content"/>
        </w:behaviors>
        <w:guid w:val="{D46A6A93-602D-4C68-B14A-7C379C3D61FC}"/>
      </w:docPartPr>
      <w:docPartBody>
        <w:p w:rsidR="005C1762" w:rsidRDefault="0030673C" w:rsidP="0030673C">
          <w:pPr>
            <w:pStyle w:val="F3F5F1CEC91B44B0A54FCB084A4EA80610"/>
          </w:pPr>
          <w:r>
            <w:rPr>
              <w:color w:val="666666"/>
              <w:sz w:val="20"/>
              <w:szCs w:val="20"/>
              <w:lang w:val="nn-NO"/>
            </w:rPr>
            <w:t>Klikk</w:t>
          </w:r>
          <w:r w:rsidRPr="005C5271">
            <w:rPr>
              <w:color w:val="666666"/>
              <w:sz w:val="20"/>
              <w:szCs w:val="20"/>
              <w:lang w:val="nn-NO"/>
            </w:rPr>
            <w:t xml:space="preserve"> her for å velje dato.</w:t>
          </w:r>
        </w:p>
      </w:docPartBody>
    </w:docPart>
    <w:docPart>
      <w:docPartPr>
        <w:name w:val="667F7DF0FB974ACB96948329A7D23AAA"/>
        <w:category>
          <w:name w:val="Generelt"/>
          <w:gallery w:val="placeholder"/>
        </w:category>
        <w:types>
          <w:type w:val="bbPlcHdr"/>
        </w:types>
        <w:behaviors>
          <w:behavior w:val="content"/>
        </w:behaviors>
        <w:guid w:val="{435ADE7B-44A5-402E-9567-D3AACE9EA35E}"/>
      </w:docPartPr>
      <w:docPartBody>
        <w:p w:rsidR="005C1762" w:rsidRDefault="0030673C" w:rsidP="0030673C">
          <w:pPr>
            <w:pStyle w:val="667F7DF0FB974ACB96948329A7D23AAA10"/>
          </w:pPr>
          <w:r>
            <w:rPr>
              <w:color w:val="666666"/>
              <w:sz w:val="20"/>
              <w:szCs w:val="20"/>
              <w:lang w:val="nn-NO"/>
            </w:rPr>
            <w:t>Klikk</w:t>
          </w:r>
          <w:r w:rsidRPr="005C5271">
            <w:rPr>
              <w:color w:val="666666"/>
              <w:sz w:val="20"/>
              <w:szCs w:val="20"/>
              <w:lang w:val="nn-NO"/>
            </w:rPr>
            <w:t xml:space="preserve"> her for å velje dato.</w:t>
          </w:r>
        </w:p>
      </w:docPartBody>
    </w:docPart>
    <w:docPart>
      <w:docPartPr>
        <w:name w:val="E517BEA475124E31994CD5A465CFF90C"/>
        <w:category>
          <w:name w:val="Generelt"/>
          <w:gallery w:val="placeholder"/>
        </w:category>
        <w:types>
          <w:type w:val="bbPlcHdr"/>
        </w:types>
        <w:behaviors>
          <w:behavior w:val="content"/>
        </w:behaviors>
        <w:guid w:val="{C8E0D6F4-3EA3-40B5-AB89-2959F5D8C132}"/>
      </w:docPartPr>
      <w:docPartBody>
        <w:p w:rsidR="005C1762" w:rsidRDefault="0030673C" w:rsidP="0030673C">
          <w:pPr>
            <w:pStyle w:val="E517BEA475124E31994CD5A465CFF90C8"/>
          </w:pPr>
          <w:r>
            <w:rPr>
              <w:color w:val="666666"/>
            </w:rPr>
            <w:t>Klikk</w:t>
          </w:r>
          <w:r w:rsidRPr="00920573">
            <w:rPr>
              <w:color w:val="666666"/>
            </w:rPr>
            <w:t xml:space="preserve"> her for å skrive inn namn</w:t>
          </w:r>
        </w:p>
      </w:docPartBody>
    </w:docPart>
    <w:docPart>
      <w:docPartPr>
        <w:name w:val="5CEC93044F3D44A4A83AC9BE0D09B407"/>
        <w:category>
          <w:name w:val="Generelt"/>
          <w:gallery w:val="placeholder"/>
        </w:category>
        <w:types>
          <w:type w:val="bbPlcHdr"/>
        </w:types>
        <w:behaviors>
          <w:behavior w:val="content"/>
        </w:behaviors>
        <w:guid w:val="{2B1EF5E4-41D9-43D3-85EE-39EF8445E8FB}"/>
      </w:docPartPr>
      <w:docPartBody>
        <w:p w:rsidR="005C1762" w:rsidRDefault="0030673C" w:rsidP="0030673C">
          <w:pPr>
            <w:pStyle w:val="5CEC93044F3D44A4A83AC9BE0D09B4077"/>
          </w:pPr>
          <w:r>
            <w:rPr>
              <w:color w:val="666666"/>
            </w:rPr>
            <w:t>Klikk</w:t>
          </w:r>
          <w:r w:rsidRPr="00300378">
            <w:rPr>
              <w:color w:val="666666"/>
            </w:rPr>
            <w:t xml:space="preserve"> her for å skrive inn dato og tidspunkt</w:t>
          </w:r>
          <w:r>
            <w:rPr>
              <w:color w:val="666666"/>
            </w:rPr>
            <w:t>.</w:t>
          </w:r>
        </w:p>
      </w:docPartBody>
    </w:docPart>
    <w:docPart>
      <w:docPartPr>
        <w:name w:val="2C5AD3161C5E435EBC14E0D6D711D9B3"/>
        <w:category>
          <w:name w:val="Generelt"/>
          <w:gallery w:val="placeholder"/>
        </w:category>
        <w:types>
          <w:type w:val="bbPlcHdr"/>
        </w:types>
        <w:behaviors>
          <w:behavior w:val="content"/>
        </w:behaviors>
        <w:guid w:val="{72A9A204-ACE1-42E4-9AEB-21940F3CA110}"/>
      </w:docPartPr>
      <w:docPartBody>
        <w:p w:rsidR="005C1762" w:rsidRDefault="0030673C" w:rsidP="0030673C">
          <w:pPr>
            <w:pStyle w:val="2C5AD3161C5E435EBC14E0D6D711D9B36"/>
          </w:pPr>
          <w:r>
            <w:rPr>
              <w:color w:val="666666"/>
            </w:rPr>
            <w:t>Klikk</w:t>
          </w:r>
          <w:r w:rsidRPr="00880563">
            <w:rPr>
              <w:color w:val="666666"/>
            </w:rPr>
            <w:t xml:space="preserve"> her for å skrive inn aktuelle arbeidsoppgåver eller tilrettelegging</w:t>
          </w:r>
        </w:p>
      </w:docPartBody>
    </w:docPart>
    <w:docPart>
      <w:docPartPr>
        <w:name w:val="A0F5BBE4E8EC47909382403E495BA38A"/>
        <w:category>
          <w:name w:val="Generelt"/>
          <w:gallery w:val="placeholder"/>
        </w:category>
        <w:types>
          <w:type w:val="bbPlcHdr"/>
        </w:types>
        <w:behaviors>
          <w:behavior w:val="content"/>
        </w:behaviors>
        <w:guid w:val="{17CE8ABF-215D-4082-82DE-0E8B769308B4}"/>
      </w:docPartPr>
      <w:docPartBody>
        <w:p w:rsidR="005C1762" w:rsidRDefault="0030673C" w:rsidP="0030673C">
          <w:pPr>
            <w:pStyle w:val="A0F5BBE4E8EC47909382403E495BA38A6"/>
          </w:pPr>
          <w:r>
            <w:rPr>
              <w:color w:val="666666"/>
              <w:sz w:val="20"/>
              <w:szCs w:val="20"/>
              <w:lang w:val="nn-NO"/>
            </w:rPr>
            <w:t>Klikk</w:t>
          </w:r>
          <w:r w:rsidRPr="005C5271">
            <w:rPr>
              <w:color w:val="666666"/>
              <w:sz w:val="20"/>
              <w:szCs w:val="20"/>
              <w:lang w:val="nn-NO"/>
            </w:rPr>
            <w:t xml:space="preserve"> her for å skrive inn namn</w:t>
          </w:r>
          <w:r>
            <w:rPr>
              <w:color w:val="666666"/>
              <w:sz w:val="20"/>
              <w:szCs w:val="20"/>
              <w:lang w:val="nn-NO"/>
            </w:rPr>
            <w:t xml:space="preserve"> på barnet</w:t>
          </w:r>
          <w:r w:rsidRPr="005C5271">
            <w:rPr>
              <w:color w:val="666666"/>
              <w:sz w:val="20"/>
              <w:szCs w:val="20"/>
              <w:lang w:val="nn-NO"/>
            </w:rPr>
            <w:t>.</w:t>
          </w:r>
        </w:p>
      </w:docPartBody>
    </w:docPart>
    <w:docPart>
      <w:docPartPr>
        <w:name w:val="05B497DE140A4F7C85314473D59757E2"/>
        <w:category>
          <w:name w:val="Generelt"/>
          <w:gallery w:val="placeholder"/>
        </w:category>
        <w:types>
          <w:type w:val="bbPlcHdr"/>
        </w:types>
        <w:behaviors>
          <w:behavior w:val="content"/>
        </w:behaviors>
        <w:guid w:val="{04E3915E-954A-459C-AA6C-E251CDC6CD44}"/>
      </w:docPartPr>
      <w:docPartBody>
        <w:p w:rsidR="005C1762" w:rsidRDefault="0030673C" w:rsidP="0030673C">
          <w:pPr>
            <w:pStyle w:val="05B497DE140A4F7C85314473D59757E26"/>
          </w:pPr>
          <w:r w:rsidRPr="00F34F45">
            <w:rPr>
              <w:color w:val="666666"/>
              <w:sz w:val="20"/>
              <w:szCs w:val="20"/>
              <w:lang w:val="nb-NO"/>
            </w:rPr>
            <w:t>Klikk her og skriv fødselsdato.</w:t>
          </w:r>
        </w:p>
      </w:docPartBody>
    </w:docPart>
    <w:docPart>
      <w:docPartPr>
        <w:name w:val="25E4CCF46DEB46139F2DFEB314B99F3F"/>
        <w:category>
          <w:name w:val="Generelt"/>
          <w:gallery w:val="placeholder"/>
        </w:category>
        <w:types>
          <w:type w:val="bbPlcHdr"/>
        </w:types>
        <w:behaviors>
          <w:behavior w:val="content"/>
        </w:behaviors>
        <w:guid w:val="{65C397FB-A600-42DE-B427-AC04D29DBE1A}"/>
      </w:docPartPr>
      <w:docPartBody>
        <w:p w:rsidR="005C1762" w:rsidRDefault="0030673C" w:rsidP="0030673C">
          <w:pPr>
            <w:pStyle w:val="25E4CCF46DEB46139F2DFEB314B99F3F4"/>
          </w:pPr>
          <w:r>
            <w:rPr>
              <w:color w:val="666666"/>
            </w:rPr>
            <w:t>Klikk</w:t>
          </w:r>
          <w:r w:rsidRPr="00300378">
            <w:rPr>
              <w:color w:val="666666"/>
            </w:rPr>
            <w:t xml:space="preserve"> her for å skrive inn </w:t>
          </w:r>
          <w:r>
            <w:rPr>
              <w:color w:val="666666"/>
            </w:rPr>
            <w:t xml:space="preserve">stad og </w:t>
          </w:r>
          <w:r w:rsidRPr="00300378">
            <w:rPr>
              <w:color w:val="666666"/>
            </w:rPr>
            <w:t>dato</w:t>
          </w:r>
          <w:r>
            <w:rPr>
              <w:color w:val="666666"/>
            </w:rPr>
            <w:t>.</w:t>
          </w:r>
        </w:p>
      </w:docPartBody>
    </w:docPart>
    <w:docPart>
      <w:docPartPr>
        <w:name w:val="3E6A45BC15DB447DBEC4B224D2A97806"/>
        <w:category>
          <w:name w:val="Generelt"/>
          <w:gallery w:val="placeholder"/>
        </w:category>
        <w:types>
          <w:type w:val="bbPlcHdr"/>
        </w:types>
        <w:behaviors>
          <w:behavior w:val="content"/>
        </w:behaviors>
        <w:guid w:val="{30028C8D-DAD3-4C5B-AF53-D917AEB17B8B}"/>
      </w:docPartPr>
      <w:docPartBody>
        <w:p w:rsidR="005C1762" w:rsidRDefault="0030673C" w:rsidP="0030673C">
          <w:pPr>
            <w:pStyle w:val="3E6A45BC15DB447DBEC4B224D2A978062"/>
          </w:pPr>
          <w:r>
            <w:rPr>
              <w:color w:val="666666"/>
              <w:lang w:val="nn-NO"/>
            </w:rPr>
            <w:t>Klikk</w:t>
          </w:r>
          <w:r w:rsidRPr="00F34F45">
            <w:rPr>
              <w:color w:val="666666"/>
              <w:lang w:val="nn-NO"/>
            </w:rPr>
            <w:t xml:space="preserve"> her for å skrive inn namn som elektronisk stadfesting</w:t>
          </w:r>
          <w:r>
            <w:rPr>
              <w:color w:val="666666"/>
              <w:lang w:val="nn-N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3C"/>
    <w:rsid w:val="000040BC"/>
    <w:rsid w:val="0020176C"/>
    <w:rsid w:val="0030673C"/>
    <w:rsid w:val="003F52AF"/>
    <w:rsid w:val="00566360"/>
    <w:rsid w:val="005C1762"/>
    <w:rsid w:val="006548F3"/>
    <w:rsid w:val="00B22E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30673C"/>
    <w:rPr>
      <w:color w:val="666666"/>
    </w:rPr>
  </w:style>
  <w:style w:type="paragraph" w:customStyle="1" w:styleId="CCC1DD7D38C94BBBAD0262344DEB40C819">
    <w:name w:val="CCC1DD7D38C94BBBAD0262344DEB40C819"/>
    <w:rsid w:val="0030673C"/>
    <w:pPr>
      <w:spacing w:after="200" w:line="276" w:lineRule="auto"/>
    </w:pPr>
    <w:rPr>
      <w:rFonts w:ascii="Arial" w:hAnsi="Arial"/>
      <w:color w:val="1F2933"/>
      <w:kern w:val="0"/>
      <w:sz w:val="19"/>
      <w:szCs w:val="22"/>
      <w:lang w:val="en-US" w:eastAsia="en-US"/>
      <w14:ligatures w14:val="none"/>
    </w:rPr>
  </w:style>
  <w:style w:type="paragraph" w:customStyle="1" w:styleId="F03699C2B7324D678FFC92C28AFCB4FB17">
    <w:name w:val="F03699C2B7324D678FFC92C28AFCB4FB17"/>
    <w:rsid w:val="0030673C"/>
    <w:pPr>
      <w:spacing w:after="200" w:line="276" w:lineRule="auto"/>
    </w:pPr>
    <w:rPr>
      <w:rFonts w:ascii="Arial" w:hAnsi="Arial"/>
      <w:color w:val="1F2933"/>
      <w:kern w:val="0"/>
      <w:sz w:val="19"/>
      <w:szCs w:val="22"/>
      <w:lang w:val="en-US" w:eastAsia="en-US"/>
      <w14:ligatures w14:val="none"/>
    </w:rPr>
  </w:style>
  <w:style w:type="paragraph" w:customStyle="1" w:styleId="F3F5F1CEC91B44B0A54FCB084A4EA80610">
    <w:name w:val="F3F5F1CEC91B44B0A54FCB084A4EA80610"/>
    <w:rsid w:val="0030673C"/>
    <w:pPr>
      <w:spacing w:after="200" w:line="276" w:lineRule="auto"/>
    </w:pPr>
    <w:rPr>
      <w:rFonts w:ascii="Arial" w:hAnsi="Arial"/>
      <w:color w:val="1F2933"/>
      <w:kern w:val="0"/>
      <w:sz w:val="19"/>
      <w:szCs w:val="22"/>
      <w:lang w:val="en-US" w:eastAsia="en-US"/>
      <w14:ligatures w14:val="none"/>
    </w:rPr>
  </w:style>
  <w:style w:type="paragraph" w:customStyle="1" w:styleId="667F7DF0FB974ACB96948329A7D23AAA10">
    <w:name w:val="667F7DF0FB974ACB96948329A7D23AAA10"/>
    <w:rsid w:val="0030673C"/>
    <w:pPr>
      <w:spacing w:after="200" w:line="276" w:lineRule="auto"/>
    </w:pPr>
    <w:rPr>
      <w:rFonts w:ascii="Arial" w:hAnsi="Arial"/>
      <w:color w:val="1F2933"/>
      <w:kern w:val="0"/>
      <w:sz w:val="19"/>
      <w:szCs w:val="22"/>
      <w:lang w:val="en-US" w:eastAsia="en-US"/>
      <w14:ligatures w14:val="none"/>
    </w:rPr>
  </w:style>
  <w:style w:type="paragraph" w:customStyle="1" w:styleId="E517BEA475124E31994CD5A465CFF90C8">
    <w:name w:val="E517BEA475124E31994CD5A465CFF90C8"/>
    <w:rsid w:val="0030673C"/>
    <w:pPr>
      <w:spacing w:after="200" w:line="276" w:lineRule="auto"/>
    </w:pPr>
    <w:rPr>
      <w:rFonts w:ascii="Arial" w:hAnsi="Arial"/>
      <w:color w:val="1F2933"/>
      <w:kern w:val="0"/>
      <w:sz w:val="19"/>
      <w:szCs w:val="22"/>
      <w:lang w:val="en-US" w:eastAsia="en-US"/>
      <w14:ligatures w14:val="none"/>
    </w:rPr>
  </w:style>
  <w:style w:type="paragraph" w:customStyle="1" w:styleId="5CEC93044F3D44A4A83AC9BE0D09B4077">
    <w:name w:val="5CEC93044F3D44A4A83AC9BE0D09B4077"/>
    <w:rsid w:val="0030673C"/>
    <w:pPr>
      <w:spacing w:after="200" w:line="276" w:lineRule="auto"/>
    </w:pPr>
    <w:rPr>
      <w:rFonts w:ascii="Arial" w:hAnsi="Arial"/>
      <w:color w:val="1F2933"/>
      <w:kern w:val="0"/>
      <w:sz w:val="19"/>
      <w:szCs w:val="22"/>
      <w:lang w:val="en-US" w:eastAsia="en-US"/>
      <w14:ligatures w14:val="none"/>
    </w:rPr>
  </w:style>
  <w:style w:type="paragraph" w:customStyle="1" w:styleId="2C5AD3161C5E435EBC14E0D6D711D9B36">
    <w:name w:val="2C5AD3161C5E435EBC14E0D6D711D9B36"/>
    <w:rsid w:val="0030673C"/>
    <w:pPr>
      <w:spacing w:after="200" w:line="276" w:lineRule="auto"/>
    </w:pPr>
    <w:rPr>
      <w:rFonts w:ascii="Arial" w:hAnsi="Arial"/>
      <w:color w:val="1F2933"/>
      <w:kern w:val="0"/>
      <w:sz w:val="19"/>
      <w:szCs w:val="22"/>
      <w:lang w:val="en-US" w:eastAsia="en-US"/>
      <w14:ligatures w14:val="none"/>
    </w:rPr>
  </w:style>
  <w:style w:type="paragraph" w:customStyle="1" w:styleId="A0F5BBE4E8EC47909382403E495BA38A6">
    <w:name w:val="A0F5BBE4E8EC47909382403E495BA38A6"/>
    <w:rsid w:val="0030673C"/>
    <w:pPr>
      <w:spacing w:after="200" w:line="276" w:lineRule="auto"/>
    </w:pPr>
    <w:rPr>
      <w:rFonts w:ascii="Arial" w:hAnsi="Arial"/>
      <w:color w:val="1F2933"/>
      <w:kern w:val="0"/>
      <w:sz w:val="19"/>
      <w:szCs w:val="22"/>
      <w:lang w:val="en-US" w:eastAsia="en-US"/>
      <w14:ligatures w14:val="none"/>
    </w:rPr>
  </w:style>
  <w:style w:type="paragraph" w:customStyle="1" w:styleId="05B497DE140A4F7C85314473D59757E26">
    <w:name w:val="05B497DE140A4F7C85314473D59757E26"/>
    <w:rsid w:val="0030673C"/>
    <w:pPr>
      <w:spacing w:after="200" w:line="276" w:lineRule="auto"/>
    </w:pPr>
    <w:rPr>
      <w:rFonts w:ascii="Arial" w:hAnsi="Arial"/>
      <w:color w:val="1F2933"/>
      <w:kern w:val="0"/>
      <w:sz w:val="19"/>
      <w:szCs w:val="22"/>
      <w:lang w:val="en-US" w:eastAsia="en-US"/>
      <w14:ligatures w14:val="none"/>
    </w:rPr>
  </w:style>
  <w:style w:type="paragraph" w:customStyle="1" w:styleId="25E4CCF46DEB46139F2DFEB314B99F3F4">
    <w:name w:val="25E4CCF46DEB46139F2DFEB314B99F3F4"/>
    <w:rsid w:val="0030673C"/>
    <w:pPr>
      <w:spacing w:after="200" w:line="276" w:lineRule="auto"/>
    </w:pPr>
    <w:rPr>
      <w:rFonts w:ascii="Arial" w:hAnsi="Arial"/>
      <w:color w:val="1F2933"/>
      <w:kern w:val="0"/>
      <w:sz w:val="19"/>
      <w:szCs w:val="22"/>
      <w:lang w:val="en-US" w:eastAsia="en-US"/>
      <w14:ligatures w14:val="none"/>
    </w:rPr>
  </w:style>
  <w:style w:type="paragraph" w:customStyle="1" w:styleId="3E6A45BC15DB447DBEC4B224D2A978062">
    <w:name w:val="3E6A45BC15DB447DBEC4B224D2A978062"/>
    <w:rsid w:val="0030673C"/>
    <w:pPr>
      <w:spacing w:after="200" w:line="276" w:lineRule="auto"/>
    </w:pPr>
    <w:rPr>
      <w:rFonts w:ascii="Arial" w:hAnsi="Arial"/>
      <w:color w:val="1F2933"/>
      <w:kern w:val="0"/>
      <w:sz w:val="19"/>
      <w:szCs w:val="2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08A91F7A3818747B883CF65A9088CB3" ma:contentTypeVersion="4" ma:contentTypeDescription="Opprett et nytt dokument." ma:contentTypeScope="" ma:versionID="d28f3db499dd0dcb037a52e3898f606e">
  <xsd:schema xmlns:xsd="http://www.w3.org/2001/XMLSchema" xmlns:xs="http://www.w3.org/2001/XMLSchema" xmlns:p="http://schemas.microsoft.com/office/2006/metadata/properties" xmlns:ns2="773a7f22-22d3-4e8d-9847-30400e49745d" targetNamespace="http://schemas.microsoft.com/office/2006/metadata/properties" ma:root="true" ma:fieldsID="78abcf6e25b4596e183b723496db29e8" ns2:_="">
    <xsd:import namespace="773a7f22-22d3-4e8d-9847-30400e4974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a7f22-22d3-4e8d-9847-30400e497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38DF319-8A5A-4767-A822-26272E03DB2E}"/>
</file>

<file path=customXml/itemProps3.xml><?xml version="1.0" encoding="utf-8"?>
<ds:datastoreItem xmlns:ds="http://schemas.openxmlformats.org/officeDocument/2006/customXml" ds:itemID="{B0F8FFF4-B920-4DD3-8574-4BA798D1EE04}"/>
</file>

<file path=customXml/itemProps4.xml><?xml version="1.0" encoding="utf-8"?>
<ds:datastoreItem xmlns:ds="http://schemas.openxmlformats.org/officeDocument/2006/customXml" ds:itemID="{F8D5DF81-3662-49C9-B2BD-E287FEBED996}"/>
</file>

<file path=docMetadata/LabelInfo.xml><?xml version="1.0" encoding="utf-8"?>
<clbl:labelList xmlns:clbl="http://schemas.microsoft.com/office/2020/mipLabelMetadata">
  <clbl:label id="{512024a4-8685-4f03-8086-14a61730e817}" enabled="0" method="" siteId="{512024a4-8685-4f03-8086-14a61730e817}" removed="1"/>
</clbl:labelList>
</file>

<file path=docProps/app.xml><?xml version="1.0" encoding="utf-8"?>
<Properties xmlns="http://schemas.openxmlformats.org/officeDocument/2006/extended-properties" xmlns:vt="http://schemas.openxmlformats.org/officeDocument/2006/docPropsVTypes">
  <Template>Normal.dotm</Template>
  <TotalTime>82</TotalTime>
  <Pages>2</Pages>
  <Words>683</Words>
  <Characters>3623</Characters>
  <Application>Microsoft Office Word</Application>
  <DocSecurity>0</DocSecurity>
  <Lines>30</Lines>
  <Paragraphs>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Eigenmelding ved fråvær – Kvam kyrkjelege fellesråd</vt:lpstr>
      <vt:lpstr/>
    </vt:vector>
  </TitlesOfParts>
  <Manager/>
  <Company/>
  <LinksUpToDate>false</LinksUpToDate>
  <CharactersWithSpaces>4298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Eigenmelding ved fråvær – Kvam kyrkjelege fellesråd</dc:title>
  <dc:subject>Skjema for eigenmelding ved eigen sjukdom og omsorgsdagar</dc:subject>
  <dc:creator>Kvam kyrkjelege fellesråd</dc:creator>
  <cp:keywords>eigenmelding, sjukefråvær, omsorgsdagar, Kvam kyrkjelege fellesråd</cp:keywords>
  <dc:description>generated by python-docx</dc:description>
  <cp:lastModifiedBy>Franckie Mario Andrianaivo</cp:lastModifiedBy>
  <cp:revision>5</cp:revision>
  <dcterms:created xsi:type="dcterms:W3CDTF">2013-12-23T23:15:00Z</dcterms:created>
  <dcterms:modified xsi:type="dcterms:W3CDTF">2026-08-24T09:28:00Z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0x010100A08A91F7A3818747B883CF65A9088CB3</vt:lpwstr>
  </property>
</Properties>
</file>